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CoverSmall"/>
      </w:pPr>
      <w:r>
        <w:rPr>
          <w:b w:val="0"/>
        </w:rPr>
        <w:t>Faculty of Engineering and Built Environment</w:t>
      </w:r>
    </w:p>
    <w:p>
      <w:pPr>
        <w:pStyle w:val="CoverSmall"/>
      </w:pPr>
      <w:r>
        <w:rPr>
          <w:b w:val="0"/>
        </w:rPr>
        <w:t>Cape Peninsula University of Technology</w:t>
      </w:r>
    </w:p>
    <w:p>
      <w:pPr>
        <w:pStyle w:val="CoverSmall"/>
      </w:pPr>
      <w:r>
        <w:rPr>
          <w:b w:val="0"/>
        </w:rPr>
        <w:t>Department of Electrical, Electronic and Computer Engineering (DEECE)</w:t>
      </w:r>
    </w:p>
    <w:p>
      <w:pPr>
        <w:pStyle w:val="CoverSmall"/>
      </w:pPr>
      <w:r>
        <w:rPr>
          <w:b w:val="0"/>
        </w:rPr>
        <w:t>Bachelor of Engineering Technology: Electrical Engineering</w:t>
      </w:r>
    </w:p>
    <w:p>
      <w:pPr>
        <w:pStyle w:val="CoverSmall"/>
      </w:pPr>
      <w:r>
        <w:rPr>
          <w:b w:val="0"/>
        </w:rPr>
      </w:r>
    </w:p>
    <w:p>
      <w:pPr>
        <w:pStyle w:val="CoverTitle"/>
      </w:pPr>
      <w:r>
        <w:rPr>
          <w:b w:val="0"/>
        </w:rPr>
        <w:t>CONTROL SYSTEMS 3 (CSS370S)</w:t>
      </w:r>
    </w:p>
    <w:p>
      <w:pPr>
        <w:pStyle w:val="CoverTitle"/>
      </w:pPr>
      <w:r>
        <w:rPr>
          <w:b w:val="0"/>
        </w:rPr>
        <w:t>FINAL PROJECT PART 1: GA1 EVALUATION</w:t>
      </w:r>
    </w:p>
    <w:p>
      <w:pPr>
        <w:pStyle w:val="CoverTitle"/>
      </w:pPr>
      <w:r>
        <w:rPr>
          <w:b w:val="0"/>
        </w:rPr>
        <w:t>SYSTEM DESIGN &amp; DEVELOPMENT, CLOSED LOOP CONTROL SYSTEM DESIGN, SIMULATION &amp; PRACTICAL IMPLEMENTATION</w:t>
      </w:r>
    </w:p>
    <w:p>
      <w:pPr>
        <w:pStyle w:val="CoverSmall"/>
      </w:pPr>
      <w:r>
        <w:rPr>
          <w:b w:val="0"/>
        </w:rPr>
      </w:r>
    </w:p>
    <w:p>
      <w:pPr>
        <w:pStyle w:val="CoverTitle"/>
      </w:pPr>
      <w:r>
        <w:rPr>
          <w:b w:val="0"/>
        </w:rPr>
        <w:t>PROJECT V1: CD40110 TWO-DISPLAY CRUISE SPEED CONTROL SIMULATION</w:t>
      </w:r>
    </w:p>
    <w:p>
      <w:pPr>
        <w:pStyle w:val="CoverSmall"/>
      </w:pPr>
      <w:r>
        <w:rPr>
          <w:b w:val="0"/>
        </w:rPr>
      </w:r>
    </w:p>
    <w:p>
      <w:pPr>
        <w:pStyle w:val="CoverSmall"/>
      </w:pPr>
      <w:r>
        <w:rPr>
          <w:b w:val="0"/>
        </w:rPr>
      </w:r>
    </w:p>
    <w:p>
      <w:pPr>
        <w:pStyle w:val="CoverSmall"/>
      </w:pPr>
      <w:r>
        <w:rPr>
          <w:b w:val="0"/>
        </w:rPr>
      </w:r>
    </w:p>
    <w:p>
      <w:pPr>
        <w:pStyle w:val="CoverSmall"/>
      </w:pPr>
      <w:r>
        <w:rPr>
          <w:b w:val="0"/>
        </w:rPr>
      </w:r>
    </w:p>
    <w:p>
      <w:pPr>
        <w:pStyle w:val="CoverSmall"/>
      </w:pPr>
      <w:r>
        <w:rPr>
          <w:b w:val="0"/>
        </w:rPr>
      </w:r>
    </w:p>
    <w:p>
      <w:pPr>
        <w:pStyle w:val="CoverSmall"/>
      </w:pPr>
      <w:r>
        <w:rPr>
          <w:b w:val="0"/>
        </w:rPr>
        <w:t>Student Name: Surname and Initials</w:t>
      </w:r>
    </w:p>
    <w:p>
      <w:pPr>
        <w:pStyle w:val="CoverSmall"/>
      </w:pPr>
      <w:r>
        <w:rPr>
          <w:b w:val="0"/>
        </w:rPr>
        <w:t>Student Number: Number</w:t>
      </w:r>
    </w:p>
    <w:p>
      <w:pPr>
        <w:pStyle w:val="CoverSmall"/>
      </w:pPr>
      <w:r>
        <w:rPr>
          <w:b w:val="0"/>
        </w:rPr>
      </w:r>
    </w:p>
    <w:p>
      <w:pPr>
        <w:pStyle w:val="CoverSmall"/>
      </w:pPr>
      <w:r>
        <w:rPr>
          <w:b w:val="0"/>
        </w:rPr>
        <w:t>Lecturer: Dr N. Dube</w:t>
      </w:r>
    </w:p>
    <w:p>
      <w:pPr>
        <w:pStyle w:val="CoverSmall"/>
      </w:pPr>
      <w:r>
        <w:rPr>
          <w:b w:val="0"/>
        </w:rPr>
        <w:t>Date: 19 June 2026</w:t>
      </w:r>
    </w:p>
    <w:p>
      <w:pPr>
        <w:pStyle w:val="CoverSmall"/>
      </w:pPr>
      <w:r>
        <w:rPr>
          <w:b w:val="0"/>
        </w:rPr>
      </w:r>
    </w:p>
    <w:p>
      <w:pPr>
        <w:pStyle w:val="CoverSmall"/>
      </w:pPr>
      <w:r>
        <w:rPr>
          <w:b w:val="0"/>
        </w:rPr>
      </w:r>
    </w:p>
    <w:p>
      <w:pPr>
        <w:pStyle w:val="CoverSmall"/>
      </w:pPr>
      <w:r>
        <w:rPr>
          <w:b w:val="0"/>
        </w:rPr>
      </w:r>
    </w:p>
    <w:p>
      <w:pPr>
        <w:pStyle w:val="CoverSmall"/>
      </w:pPr>
      <w:r>
        <w:rPr>
          <w:b w:val="0"/>
        </w:rPr>
        <w:t>NOTE: PLEASE SAVE THE FILE AS,</w:t>
      </w:r>
    </w:p>
    <w:p>
      <w:pPr>
        <w:pStyle w:val="CoverSmall"/>
      </w:pPr>
      <w:r>
        <w:rPr>
          <w:b w:val="0"/>
        </w:rPr>
        <w:t>Surname_Initials_StudentNumber_GA1_PROJECT_2026</w:t>
      </w:r>
    </w:p>
    <w:p>
      <w:r>
        <w:br w:type="page"/>
      </w:r>
    </w:p>
    <w:p>
      <w:pPr>
        <w:pStyle w:val="Heading1"/>
      </w:pPr>
      <w:r>
        <w:rPr>
          <w:b w:val="0"/>
        </w:rPr>
        <w:t>Declaration</w:t>
      </w:r>
    </w:p>
    <w:p>
      <w:r>
        <w:rPr>
          <w:b w:val="0"/>
        </w:rPr>
        <w:t>I, ............................................................, declare that the contents of this document represent my own unaided work, and that the work submitted here has not been copied from other sources without proper referencing. All information obtained from other sources has been acknowledged. Furthermore, it represents my own opinions and not necessarily those of the Cape Peninsula University of Technology.</w:t>
      </w:r>
    </w:p>
    <w:p>
      <w:r>
        <w:rPr>
          <w:b w:val="0"/>
        </w:rPr>
        <w:t>Full Names and Surname: ............................................................</w:t>
      </w:r>
    </w:p>
    <w:p>
      <w:r>
        <w:rPr>
          <w:b w:val="0"/>
        </w:rPr>
        <w:t>Student Number: ............................................................</w:t>
      </w:r>
    </w:p>
    <w:p>
      <w:r>
        <w:rPr>
          <w:b w:val="0"/>
        </w:rPr>
        <w:t>Signature: ............................................................    Date: ....... Month ............... Year ........</w:t>
      </w:r>
    </w:p>
    <w:p>
      <w:r>
        <w:br w:type="page"/>
      </w:r>
    </w:p>
    <w:p>
      <w:pPr>
        <w:pStyle w:val="Heading1"/>
      </w:pPr>
      <w:r>
        <w:rPr>
          <w:b w:val="0"/>
        </w:rPr>
        <w:t>Summary/Abstract</w:t>
      </w:r>
    </w:p>
    <w:p>
      <w:r>
        <w:rPr>
          <w:b w:val="0"/>
        </w:rPr>
        <w:t>This report presents Project V1 for the CSS370S GA1 cruise speed control simulation. The solution was developed using electronic components only and does not use a microcontroller or PLC. The design uses two CD40110 decade up/down counter/display driver integrated circuits to show a two-digit speed value from 00 to 10 on common-cathode seven-segment displays. Logic gates are used to separate the operating speed range into green indication for 00 to 05 and amber/yellow indication for 06 to 09. An XOR correction stage forces the green LED OFF when the system reaches the maximum value of 10. A 74LS85 comparator stage compares the current speed with the selected cruise speed, and the comparator output enables an NE555 astable timer so that the red LED flashes when the selected speed has been reached or exceeded.</w:t>
      </w:r>
    </w:p>
    <w:p>
      <w:r>
        <w:rPr>
          <w:b w:val="0"/>
        </w:rPr>
        <w:t>The final Project V1 solution demonstrates the required display, indication, comparison and warning behaviour. The automatic reset/limit logic is included to allow 10 to be displayed as the maximum speed while preventing the next invalid state from remaining active. The circuit therefore satisfies the key project requirements of electronic-only implementation, speed display up to 10, green/yellow operating ranges, flashing red warning and cruise reset/limit behaviour.</w:t>
      </w:r>
    </w:p>
    <w:p>
      <w:r>
        <w:br w:type="page"/>
      </w:r>
    </w:p>
    <w:p>
      <w:pPr>
        <w:pStyle w:val="Heading1"/>
      </w:pPr>
      <w:r>
        <w:rPr>
          <w:b w:val="0"/>
        </w:rPr>
        <w:t>Table of Contents</w:t>
      </w:r>
    </w:p>
    <w:p>
      <w:r>
        <w:rPr>
          <w:b w:val="0"/>
        </w:rPr>
        <w:t>Declaration</w:t>
      </w:r>
    </w:p>
    <w:p>
      <w:r>
        <w:rPr>
          <w:b w:val="0"/>
        </w:rPr>
        <w:t>Summary/Abstract</w:t>
      </w:r>
    </w:p>
    <w:p>
      <w:r>
        <w:rPr>
          <w:b w:val="0"/>
        </w:rPr>
        <w:t>Table of Figures (TOF)</w:t>
      </w:r>
    </w:p>
    <w:p>
      <w:r>
        <w:rPr>
          <w:b w:val="0"/>
        </w:rPr>
        <w:t>Table of Tables (TOT)</w:t>
      </w:r>
    </w:p>
    <w:p>
      <w:r>
        <w:rPr>
          <w:b w:val="0"/>
        </w:rPr>
        <w:t>Table of Equations</w:t>
      </w:r>
    </w:p>
    <w:p>
      <w:r>
        <w:rPr>
          <w:b w:val="0"/>
        </w:rPr>
        <w:t>Table of Acronyms</w:t>
      </w:r>
    </w:p>
    <w:p>
      <w:r>
        <w:rPr>
          <w:b w:val="0"/>
        </w:rPr>
        <w:t>1. Introduction</w:t>
      </w:r>
    </w:p>
    <w:p>
      <w:r>
        <w:rPr>
          <w:b w:val="0"/>
        </w:rPr>
        <w:t>2. System description</w:t>
      </w:r>
    </w:p>
    <w:p>
      <w:r>
        <w:rPr>
          <w:b w:val="0"/>
        </w:rPr>
        <w:t>2.1. Stage 1: Development and overall approach to solution of automated system</w:t>
      </w:r>
    </w:p>
    <w:p>
      <w:r>
        <w:rPr>
          <w:b w:val="0"/>
        </w:rPr>
        <w:t>2.2. Stage 2: Development and solution of the analog detection/sensors stage</w:t>
      </w:r>
    </w:p>
    <w:p>
      <w:r>
        <w:rPr>
          <w:b w:val="0"/>
        </w:rPr>
        <w:t>2.3. Stage 3: Development and solution of determination of increasing/decreasing speed</w:t>
      </w:r>
    </w:p>
    <w:p>
      <w:r>
        <w:rPr>
          <w:b w:val="0"/>
        </w:rPr>
        <w:t>2.4. Stage 4: Development and solution of relevant alarms/indicators/displays of the system</w:t>
      </w:r>
    </w:p>
    <w:p>
      <w:r>
        <w:rPr>
          <w:b w:val="0"/>
        </w:rPr>
        <w:t>2.5. Stage 5: Overall approach to system design and solution development</w:t>
      </w:r>
    </w:p>
    <w:p>
      <w:r>
        <w:rPr>
          <w:b w:val="0"/>
        </w:rPr>
        <w:t>3. Observations and results</w:t>
      </w:r>
    </w:p>
    <w:p>
      <w:r>
        <w:rPr>
          <w:b w:val="0"/>
        </w:rPr>
        <w:t>4. Conclusion</w:t>
      </w:r>
    </w:p>
    <w:p>
      <w:r>
        <w:rPr>
          <w:b w:val="0"/>
        </w:rPr>
        <w:t>Bibliography</w:t>
      </w:r>
    </w:p>
    <w:p>
      <w:r>
        <w:rPr>
          <w:b w:val="0"/>
        </w:rPr>
        <w:t>Appendices</w:t>
      </w:r>
    </w:p>
    <w:p>
      <w:pPr>
        <w:pStyle w:val="Heading1"/>
      </w:pPr>
      <w:r>
        <w:rPr>
          <w:b w:val="0"/>
        </w:rPr>
        <w:t>Table of Figures (TOF)</w:t>
      </w:r>
    </w:p>
    <w:p>
      <w:r>
        <w:rPr>
          <w:b w:val="0"/>
        </w:rPr>
        <w:t>Figure 1: Project V1 CD40110 two-display cruise speed control circuit</w:t>
      </w:r>
    </w:p>
    <w:p>
      <w:r>
        <w:rPr>
          <w:b w:val="0"/>
        </w:rPr>
        <w:t>Figure 2: Added XOR correction and automatic reset logic notes</w:t>
      </w:r>
    </w:p>
    <w:p>
      <w:pPr>
        <w:pStyle w:val="Heading1"/>
      </w:pPr>
      <w:r>
        <w:rPr>
          <w:b w:val="0"/>
        </w:rPr>
        <w:t>Table of Tables (TOT)</w:t>
      </w:r>
    </w:p>
    <w:p>
      <w:r>
        <w:rPr>
          <w:b w:val="0"/>
        </w:rPr>
        <w:t>Table 1: Project V1 design requirement compliance summary</w:t>
      </w:r>
    </w:p>
    <w:p>
      <w:r>
        <w:rPr>
          <w:b w:val="0"/>
        </w:rPr>
        <w:t>Table 2: Main component function table for Project V1</w:t>
      </w:r>
    </w:p>
    <w:p>
      <w:r>
        <w:rPr>
          <w:b w:val="0"/>
        </w:rPr>
        <w:t>Table 3: Overall signal flow for Project V1</w:t>
      </w:r>
    </w:p>
    <w:p>
      <w:r>
        <w:rPr>
          <w:b w:val="0"/>
        </w:rPr>
        <w:t>Table 4: CD40110 common-cathode display truth table</w:t>
      </w:r>
    </w:p>
    <w:p>
      <w:r>
        <w:rPr>
          <w:b w:val="0"/>
        </w:rPr>
        <w:t>Table 5: Two-digit operating truth table for speeds 00 to 10</w:t>
      </w:r>
    </w:p>
    <w:p>
      <w:r>
        <w:rPr>
          <w:b w:val="0"/>
        </w:rPr>
        <w:t>Table 6: Green/yellow LED logic truth table</w:t>
      </w:r>
    </w:p>
    <w:p>
      <w:r>
        <w:rPr>
          <w:b w:val="0"/>
        </w:rPr>
        <w:t>Table 7: Automatic maximum-speed limit and reset truth table</w:t>
      </w:r>
    </w:p>
    <w:p>
      <w:r>
        <w:rPr>
          <w:b w:val="0"/>
        </w:rPr>
        <w:t>Table 8: Comparator truth table</w:t>
      </w:r>
    </w:p>
    <w:p>
      <w:r>
        <w:rPr>
          <w:b w:val="0"/>
        </w:rPr>
        <w:t>Table 9: NE555 flashing red LED operation table</w:t>
      </w:r>
    </w:p>
    <w:p>
      <w:pPr>
        <w:pStyle w:val="Heading1"/>
      </w:pPr>
      <w:r>
        <w:rPr>
          <w:b w:val="0"/>
        </w:rPr>
        <w:t>Table of Equations</w:t>
      </w:r>
    </w:p>
    <w:p>
      <w:r>
        <w:rPr>
          <w:b w:val="0"/>
        </w:rPr>
        <w:t>Equation 1: Yellow LED range logic</w:t>
      </w:r>
    </w:p>
    <w:p>
      <w:r>
        <w:rPr>
          <w:b w:val="0"/>
        </w:rPr>
        <w:t>Equation 2: Corrected green LED logic</w:t>
      </w:r>
    </w:p>
    <w:p>
      <w:r>
        <w:rPr>
          <w:b w:val="0"/>
        </w:rPr>
        <w:t>Equation 3: Comparator warning output logic</w:t>
      </w:r>
    </w:p>
    <w:p>
      <w:pPr>
        <w:pStyle w:val="Heading1"/>
      </w:pPr>
      <w:r>
        <w:rPr>
          <w:b w:val="0"/>
        </w:rPr>
        <w:t>Table of Acronyms</w:t>
      </w:r>
    </w:p>
    <w:p>
      <w:pPr>
        <w:pStyle w:val="TableTitle"/>
      </w:pPr>
      <w:r>
        <w:rPr>
          <w:b w:val="0"/>
        </w:rPr>
        <w:t>Table A: Acronyms used in the report</w:t>
      </w:r>
    </w:p>
    <w:tbl>
      <w:tblPr>
        <w:tblStyle w:val="TableGrid"/>
        <w:tblW w:type="auto" w:w="0"/>
        <w:jc w:val="center"/>
        <w:tblLook w:firstColumn="1" w:firstRow="1" w:lastColumn="0" w:lastRow="0" w:noHBand="0" w:noVBand="1" w:val="04A0"/>
      </w:tblPr>
      <w:tblGrid>
        <w:gridCol w:w="4874"/>
        <w:gridCol w:w="4874"/>
      </w:tblGrid>
      <w:tr>
        <w:tc>
          <w:tcPr>
            <w:tcW w:type="dxa" w:w="1728"/>
            <w:vAlign w:val="center"/>
            <w:shd w:fill="1F4E79"/>
          </w:tcPr>
          <w:p>
            <w:pPr>
              <w:jc w:val="center"/>
            </w:pPr>
            <w:r/>
            <w:r>
              <w:rPr>
                <w:rFonts w:ascii="Arial" w:hAnsi="Arial" w:eastAsia="Arial"/>
                <w:b/>
                <w:color w:val="FFFFFF"/>
                <w:sz w:val="17"/>
              </w:rPr>
              <w:t>Acronym</w:t>
            </w:r>
          </w:p>
        </w:tc>
        <w:tc>
          <w:tcPr>
            <w:tcW w:type="dxa" w:w="7488"/>
            <w:vAlign w:val="center"/>
            <w:shd w:fill="1F4E79"/>
          </w:tcPr>
          <w:p>
            <w:pPr>
              <w:jc w:val="center"/>
            </w:pPr>
            <w:r/>
            <w:r>
              <w:rPr>
                <w:rFonts w:ascii="Arial" w:hAnsi="Arial" w:eastAsia="Arial"/>
                <w:b/>
                <w:color w:val="FFFFFF"/>
                <w:sz w:val="17"/>
              </w:rPr>
              <w:t>Meaning</w:t>
            </w:r>
          </w:p>
        </w:tc>
      </w:tr>
      <w:tr>
        <w:tc>
          <w:tcPr>
            <w:tcW w:type="dxa" w:w="1728"/>
            <w:vAlign w:val="center"/>
          </w:tcPr>
          <w:p>
            <w:pPr>
              <w:jc w:val="center"/>
            </w:pPr>
            <w:r/>
            <w:r>
              <w:rPr>
                <w:rFonts w:ascii="Arial" w:hAnsi="Arial" w:eastAsia="Arial"/>
                <w:b w:val="0"/>
                <w:sz w:val="17"/>
              </w:rPr>
              <w:t>BCD</w:t>
            </w:r>
          </w:p>
        </w:tc>
        <w:tc>
          <w:tcPr>
            <w:tcW w:type="dxa" w:w="7488"/>
            <w:vAlign w:val="center"/>
          </w:tcPr>
          <w:p>
            <w:pPr>
              <w:jc w:val="center"/>
            </w:pPr>
            <w:r/>
            <w:r>
              <w:rPr>
                <w:rFonts w:ascii="Arial" w:hAnsi="Arial" w:eastAsia="Arial"/>
                <w:b w:val="0"/>
                <w:sz w:val="17"/>
              </w:rPr>
              <w:t>Binary-Coded Decimal</w:t>
            </w:r>
          </w:p>
        </w:tc>
      </w:tr>
      <w:tr>
        <w:tc>
          <w:tcPr>
            <w:tcW w:type="dxa" w:w="1728"/>
            <w:vAlign w:val="center"/>
          </w:tcPr>
          <w:p>
            <w:pPr>
              <w:jc w:val="center"/>
            </w:pPr>
            <w:r/>
            <w:r>
              <w:rPr>
                <w:rFonts w:ascii="Arial" w:hAnsi="Arial" w:eastAsia="Arial"/>
                <w:b w:val="0"/>
                <w:sz w:val="17"/>
              </w:rPr>
              <w:t>CC</w:t>
            </w:r>
          </w:p>
        </w:tc>
        <w:tc>
          <w:tcPr>
            <w:tcW w:type="dxa" w:w="7488"/>
            <w:vAlign w:val="center"/>
          </w:tcPr>
          <w:p>
            <w:pPr>
              <w:jc w:val="center"/>
            </w:pPr>
            <w:r/>
            <w:r>
              <w:rPr>
                <w:rFonts w:ascii="Arial" w:hAnsi="Arial" w:eastAsia="Arial"/>
                <w:b w:val="0"/>
                <w:sz w:val="17"/>
              </w:rPr>
              <w:t>Common Cathode</w:t>
            </w:r>
          </w:p>
        </w:tc>
      </w:tr>
      <w:tr>
        <w:tc>
          <w:tcPr>
            <w:tcW w:type="dxa" w:w="1728"/>
            <w:vAlign w:val="center"/>
          </w:tcPr>
          <w:p>
            <w:pPr>
              <w:jc w:val="center"/>
            </w:pPr>
            <w:r/>
            <w:r>
              <w:rPr>
                <w:rFonts w:ascii="Arial" w:hAnsi="Arial" w:eastAsia="Arial"/>
                <w:b w:val="0"/>
                <w:sz w:val="17"/>
              </w:rPr>
              <w:t>IC</w:t>
            </w:r>
          </w:p>
        </w:tc>
        <w:tc>
          <w:tcPr>
            <w:tcW w:type="dxa" w:w="7488"/>
            <w:vAlign w:val="center"/>
          </w:tcPr>
          <w:p>
            <w:pPr>
              <w:jc w:val="center"/>
            </w:pPr>
            <w:r/>
            <w:r>
              <w:rPr>
                <w:rFonts w:ascii="Arial" w:hAnsi="Arial" w:eastAsia="Arial"/>
                <w:b w:val="0"/>
                <w:sz w:val="17"/>
              </w:rPr>
              <w:t>Integrated Circuit</w:t>
            </w:r>
          </w:p>
        </w:tc>
      </w:tr>
      <w:tr>
        <w:tc>
          <w:tcPr>
            <w:tcW w:type="dxa" w:w="1728"/>
            <w:vAlign w:val="center"/>
          </w:tcPr>
          <w:p>
            <w:pPr>
              <w:jc w:val="center"/>
            </w:pPr>
            <w:r/>
            <w:r>
              <w:rPr>
                <w:rFonts w:ascii="Arial" w:hAnsi="Arial" w:eastAsia="Arial"/>
                <w:b w:val="0"/>
                <w:sz w:val="17"/>
              </w:rPr>
              <w:t>LED</w:t>
            </w:r>
          </w:p>
        </w:tc>
        <w:tc>
          <w:tcPr>
            <w:tcW w:type="dxa" w:w="7488"/>
            <w:vAlign w:val="center"/>
          </w:tcPr>
          <w:p>
            <w:pPr>
              <w:jc w:val="center"/>
            </w:pPr>
            <w:r/>
            <w:r>
              <w:rPr>
                <w:rFonts w:ascii="Arial" w:hAnsi="Arial" w:eastAsia="Arial"/>
                <w:b w:val="0"/>
                <w:sz w:val="17"/>
              </w:rPr>
              <w:t>Light Emitting Diode</w:t>
            </w:r>
          </w:p>
        </w:tc>
      </w:tr>
      <w:tr>
        <w:tc>
          <w:tcPr>
            <w:tcW w:type="dxa" w:w="1728"/>
            <w:vAlign w:val="center"/>
          </w:tcPr>
          <w:p>
            <w:pPr>
              <w:jc w:val="center"/>
            </w:pPr>
            <w:r/>
            <w:r>
              <w:rPr>
                <w:rFonts w:ascii="Arial" w:hAnsi="Arial" w:eastAsia="Arial"/>
                <w:b w:val="0"/>
                <w:sz w:val="17"/>
              </w:rPr>
              <w:t>LSB</w:t>
            </w:r>
          </w:p>
        </w:tc>
        <w:tc>
          <w:tcPr>
            <w:tcW w:type="dxa" w:w="7488"/>
            <w:vAlign w:val="center"/>
          </w:tcPr>
          <w:p>
            <w:pPr>
              <w:jc w:val="center"/>
            </w:pPr>
            <w:r/>
            <w:r>
              <w:rPr>
                <w:rFonts w:ascii="Arial" w:hAnsi="Arial" w:eastAsia="Arial"/>
                <w:b w:val="0"/>
                <w:sz w:val="17"/>
              </w:rPr>
              <w:t>Least Significant Bit</w:t>
            </w:r>
          </w:p>
        </w:tc>
      </w:tr>
      <w:tr>
        <w:tc>
          <w:tcPr>
            <w:tcW w:type="dxa" w:w="1728"/>
            <w:vAlign w:val="center"/>
          </w:tcPr>
          <w:p>
            <w:pPr>
              <w:jc w:val="center"/>
            </w:pPr>
            <w:r/>
            <w:r>
              <w:rPr>
                <w:rFonts w:ascii="Arial" w:hAnsi="Arial" w:eastAsia="Arial"/>
                <w:b w:val="0"/>
                <w:sz w:val="17"/>
              </w:rPr>
              <w:t>MSB</w:t>
            </w:r>
          </w:p>
        </w:tc>
        <w:tc>
          <w:tcPr>
            <w:tcW w:type="dxa" w:w="7488"/>
            <w:vAlign w:val="center"/>
          </w:tcPr>
          <w:p>
            <w:pPr>
              <w:jc w:val="center"/>
            </w:pPr>
            <w:r/>
            <w:r>
              <w:rPr>
                <w:rFonts w:ascii="Arial" w:hAnsi="Arial" w:eastAsia="Arial"/>
                <w:b w:val="0"/>
                <w:sz w:val="17"/>
              </w:rPr>
              <w:t>Most Significant Bit</w:t>
            </w:r>
          </w:p>
        </w:tc>
      </w:tr>
      <w:tr>
        <w:tc>
          <w:tcPr>
            <w:tcW w:type="dxa" w:w="1728"/>
            <w:vAlign w:val="center"/>
          </w:tcPr>
          <w:p>
            <w:pPr>
              <w:jc w:val="center"/>
            </w:pPr>
            <w:r/>
            <w:r>
              <w:rPr>
                <w:rFonts w:ascii="Arial" w:hAnsi="Arial" w:eastAsia="Arial"/>
                <w:b w:val="0"/>
                <w:sz w:val="17"/>
              </w:rPr>
              <w:t>NE555</w:t>
            </w:r>
          </w:p>
        </w:tc>
        <w:tc>
          <w:tcPr>
            <w:tcW w:type="dxa" w:w="7488"/>
            <w:vAlign w:val="center"/>
          </w:tcPr>
          <w:p>
            <w:pPr>
              <w:jc w:val="left"/>
            </w:pPr>
            <w:r/>
            <w:r>
              <w:rPr>
                <w:rFonts w:ascii="Arial" w:hAnsi="Arial" w:eastAsia="Arial"/>
                <w:b w:val="0"/>
                <w:sz w:val="17"/>
              </w:rPr>
              <w:t>555 timer integrated circuit</w:t>
            </w:r>
          </w:p>
        </w:tc>
      </w:tr>
      <w:tr>
        <w:tc>
          <w:tcPr>
            <w:tcW w:type="dxa" w:w="1728"/>
            <w:vAlign w:val="center"/>
          </w:tcPr>
          <w:p>
            <w:pPr>
              <w:jc w:val="center"/>
            </w:pPr>
            <w:r/>
            <w:r>
              <w:rPr>
                <w:rFonts w:ascii="Arial" w:hAnsi="Arial" w:eastAsia="Arial"/>
                <w:b w:val="0"/>
                <w:sz w:val="17"/>
              </w:rPr>
              <w:t>PLC</w:t>
            </w:r>
          </w:p>
        </w:tc>
        <w:tc>
          <w:tcPr>
            <w:tcW w:type="dxa" w:w="7488"/>
            <w:vAlign w:val="center"/>
          </w:tcPr>
          <w:p>
            <w:pPr>
              <w:jc w:val="left"/>
            </w:pPr>
            <w:r/>
            <w:r>
              <w:rPr>
                <w:rFonts w:ascii="Arial" w:hAnsi="Arial" w:eastAsia="Arial"/>
                <w:b w:val="0"/>
                <w:sz w:val="17"/>
              </w:rPr>
              <w:t>Programmable Logic Controller</w:t>
            </w:r>
          </w:p>
        </w:tc>
      </w:tr>
    </w:tbl>
    <w:p/>
    <w:p>
      <w:r>
        <w:br w:type="page"/>
      </w:r>
    </w:p>
    <w:p>
      <w:pPr>
        <w:pStyle w:val="Heading1"/>
      </w:pPr>
      <w:r>
        <w:rPr>
          <w:b w:val="0"/>
        </w:rPr>
        <w:t>1. Introduction</w:t>
      </w:r>
    </w:p>
    <w:p>
      <w:r>
        <w:rPr>
          <w:b w:val="0"/>
        </w:rPr>
        <w:t>The CSS370S GA1 project requires the design of a vehicle cruise speed control simulation using practical electronic components only. The project brief specifically excludes microcontroller and PLC solutions and requires the design to be built and explained stage by stage. The purpose of the project is to demonstrate how counters, digital logic, comparator circuits and indicator stages can be combined to produce a functional control-system simulation.</w:t>
      </w:r>
    </w:p>
    <w:p>
      <w:r>
        <w:rPr>
          <w:b w:val="0"/>
        </w:rPr>
        <w:t>For Project V1, the selected approach is a CD40110 two-display counter solution. The displayed current speed is controlled using UP, DOWN and reset input stages. The speed value is displayed from 00 to 10, while separate green, amber/yellow and flashing red indicators show the system state. The CD40110 is suitable for this version because it combines decade up/down counting with seven-segment display-driving functionality, reducing the number of separate display-driver components required (Texas Instruments, 1998).</w:t>
      </w:r>
    </w:p>
    <w:p>
      <w:pPr>
        <w:pStyle w:val="Heading2"/>
      </w:pPr>
      <w:r>
        <w:rPr>
          <w:b w:val="0"/>
        </w:rPr>
        <w:t>Aim of the project</w:t>
      </w:r>
    </w:p>
    <w:p>
      <w:r>
        <w:rPr>
          <w:b w:val="0"/>
        </w:rPr>
        <w:t>The aim of Project V1 is to design and document an electronic cruise speed control simulation that displays the current speed, separates the speed range into visual indicators, compares the current speed with a selected cruise speed and activates a flashing red warning when the selected speed is reached.</w:t>
      </w:r>
    </w:p>
    <w:p>
      <w:pPr>
        <w:pStyle w:val="Heading2"/>
      </w:pPr>
      <w:r>
        <w:rPr>
          <w:b w:val="0"/>
        </w:rPr>
        <w:t>Problem statement</w:t>
      </w:r>
    </w:p>
    <w:p>
      <w:r>
        <w:rPr>
          <w:b w:val="0"/>
        </w:rPr>
        <w:t>A practical electronic circuit is required to simulate cruise speed control without using software-based controllers. The design must show speeds from 00 to 10, indicate 00 to 05 with a green LED, indicate 06 to 09 with an amber/yellow LED, trigger a flashing red LED when the selected cruise speed has been reached, and include reset/limit logic that is not only a normal manual reset button.</w:t>
      </w:r>
    </w:p>
    <w:p>
      <w:r>
        <w:rPr>
          <w:b w:val="0"/>
        </w:rPr>
        <w:t>The main requirements and their Project V1 implementation are summarized in Table 1 before the detailed system description is presented.</w:t>
      </w:r>
    </w:p>
    <w:p>
      <w:pPr>
        <w:pStyle w:val="TableTitle"/>
      </w:pPr>
      <w:r>
        <w:rPr>
          <w:b w:val="0"/>
        </w:rPr>
        <w:t>Table 1: Project V1 design requirement compliance summary</w:t>
      </w:r>
    </w:p>
    <w:tbl>
      <w:tblPr>
        <w:tblStyle w:val="TableGrid"/>
        <w:tblW w:type="auto" w:w="0"/>
        <w:jc w:val="center"/>
        <w:tblLook w:firstColumn="1" w:firstRow="1" w:lastColumn="0" w:lastRow="0" w:noHBand="0" w:noVBand="1" w:val="04A0"/>
      </w:tblPr>
      <w:tblGrid>
        <w:gridCol w:w="4874"/>
        <w:gridCol w:w="4874"/>
      </w:tblGrid>
      <w:tr>
        <w:tc>
          <w:tcPr>
            <w:tcW w:type="dxa" w:w="3312"/>
            <w:vAlign w:val="center"/>
            <w:shd w:fill="1F4E79"/>
          </w:tcPr>
          <w:p>
            <w:pPr>
              <w:jc w:val="center"/>
            </w:pPr>
            <w:r/>
            <w:r>
              <w:rPr>
                <w:rFonts w:ascii="Arial" w:hAnsi="Arial" w:eastAsia="Arial"/>
                <w:b/>
                <w:color w:val="FFFFFF"/>
                <w:sz w:val="17"/>
              </w:rPr>
              <w:t>Project requirement</w:t>
            </w:r>
          </w:p>
        </w:tc>
        <w:tc>
          <w:tcPr>
            <w:tcW w:type="dxa" w:w="6192"/>
            <w:vAlign w:val="center"/>
            <w:shd w:fill="1F4E79"/>
          </w:tcPr>
          <w:p>
            <w:pPr>
              <w:jc w:val="center"/>
            </w:pPr>
            <w:r/>
            <w:r>
              <w:rPr>
                <w:rFonts w:ascii="Arial" w:hAnsi="Arial" w:eastAsia="Arial"/>
                <w:b/>
                <w:color w:val="FFFFFF"/>
                <w:sz w:val="17"/>
              </w:rPr>
              <w:t>Project V1 implementation</w:t>
            </w:r>
          </w:p>
        </w:tc>
      </w:tr>
      <w:tr>
        <w:tc>
          <w:tcPr>
            <w:tcW w:type="dxa" w:w="3312"/>
            <w:vAlign w:val="center"/>
          </w:tcPr>
          <w:p>
            <w:pPr>
              <w:jc w:val="center"/>
            </w:pPr>
            <w:r/>
            <w:r>
              <w:rPr>
                <w:rFonts w:ascii="Arial" w:hAnsi="Arial" w:eastAsia="Arial"/>
                <w:b w:val="0"/>
                <w:sz w:val="17"/>
              </w:rPr>
              <w:t>Electronic circuit only</w:t>
            </w:r>
          </w:p>
        </w:tc>
        <w:tc>
          <w:tcPr>
            <w:tcW w:type="dxa" w:w="6192"/>
            <w:vAlign w:val="center"/>
          </w:tcPr>
          <w:p>
            <w:pPr>
              <w:jc w:val="left"/>
            </w:pPr>
            <w:r/>
            <w:r>
              <w:rPr>
                <w:rFonts w:ascii="Arial" w:hAnsi="Arial" w:eastAsia="Arial"/>
                <w:b w:val="0"/>
                <w:sz w:val="17"/>
              </w:rPr>
              <w:t>Implemented using CD40110 counters, 74LS85 comparators, logic gates, 2N3904 transistor, relay and NE555 timer.</w:t>
            </w:r>
          </w:p>
        </w:tc>
      </w:tr>
      <w:tr>
        <w:tc>
          <w:tcPr>
            <w:tcW w:type="dxa" w:w="3312"/>
            <w:vAlign w:val="center"/>
          </w:tcPr>
          <w:p>
            <w:pPr>
              <w:jc w:val="left"/>
            </w:pPr>
            <w:r/>
            <w:r>
              <w:rPr>
                <w:rFonts w:ascii="Arial" w:hAnsi="Arial" w:eastAsia="Arial"/>
                <w:b w:val="0"/>
                <w:sz w:val="17"/>
              </w:rPr>
              <w:t>No microcontroller / no PLC</w:t>
            </w:r>
          </w:p>
        </w:tc>
        <w:tc>
          <w:tcPr>
            <w:tcW w:type="dxa" w:w="6192"/>
            <w:vAlign w:val="center"/>
          </w:tcPr>
          <w:p>
            <w:pPr>
              <w:jc w:val="left"/>
            </w:pPr>
            <w:r/>
            <w:r>
              <w:rPr>
                <w:rFonts w:ascii="Arial" w:hAnsi="Arial" w:eastAsia="Arial"/>
                <w:b w:val="0"/>
                <w:sz w:val="17"/>
              </w:rPr>
              <w:t>The circuit uses only discrete logic and analogue timing components.</w:t>
            </w:r>
          </w:p>
        </w:tc>
      </w:tr>
      <w:tr>
        <w:tc>
          <w:tcPr>
            <w:tcW w:type="dxa" w:w="3312"/>
            <w:vAlign w:val="center"/>
          </w:tcPr>
          <w:p>
            <w:pPr>
              <w:jc w:val="left"/>
            </w:pPr>
            <w:r/>
            <w:r>
              <w:rPr>
                <w:rFonts w:ascii="Arial" w:hAnsi="Arial" w:eastAsia="Arial"/>
                <w:b w:val="0"/>
                <w:sz w:val="17"/>
              </w:rPr>
              <w:t>Green indicator for 0 to 5</w:t>
            </w:r>
          </w:p>
        </w:tc>
        <w:tc>
          <w:tcPr>
            <w:tcW w:type="dxa" w:w="6192"/>
            <w:vAlign w:val="center"/>
          </w:tcPr>
          <w:p>
            <w:pPr>
              <w:jc w:val="left"/>
            </w:pPr>
            <w:r/>
            <w:r>
              <w:rPr>
                <w:rFonts w:ascii="Arial" w:hAnsi="Arial" w:eastAsia="Arial"/>
                <w:b w:val="0"/>
                <w:sz w:val="17"/>
              </w:rPr>
              <w:t>Green LED is ON for displayed speeds 00 to 05.</w:t>
            </w:r>
          </w:p>
        </w:tc>
      </w:tr>
      <w:tr>
        <w:tc>
          <w:tcPr>
            <w:tcW w:type="dxa" w:w="3312"/>
            <w:vAlign w:val="center"/>
          </w:tcPr>
          <w:p>
            <w:pPr>
              <w:jc w:val="left"/>
            </w:pPr>
            <w:r/>
            <w:r>
              <w:rPr>
                <w:rFonts w:ascii="Arial" w:hAnsi="Arial" w:eastAsia="Arial"/>
                <w:b w:val="0"/>
                <w:sz w:val="17"/>
              </w:rPr>
              <w:t>Amber/yellow indicator for 6 to 9</w:t>
            </w:r>
          </w:p>
        </w:tc>
        <w:tc>
          <w:tcPr>
            <w:tcW w:type="dxa" w:w="6192"/>
            <w:vAlign w:val="center"/>
          </w:tcPr>
          <w:p>
            <w:pPr>
              <w:jc w:val="left"/>
            </w:pPr>
            <w:r/>
            <w:r>
              <w:rPr>
                <w:rFonts w:ascii="Arial" w:hAnsi="Arial" w:eastAsia="Arial"/>
                <w:b w:val="0"/>
                <w:sz w:val="17"/>
              </w:rPr>
              <w:t>Yellow LED is ON for displayed speeds 06 to 09.</w:t>
            </w:r>
          </w:p>
        </w:tc>
      </w:tr>
      <w:tr>
        <w:tc>
          <w:tcPr>
            <w:tcW w:type="dxa" w:w="3312"/>
            <w:vAlign w:val="center"/>
          </w:tcPr>
          <w:p>
            <w:pPr>
              <w:jc w:val="left"/>
            </w:pPr>
            <w:r/>
            <w:r>
              <w:rPr>
                <w:rFonts w:ascii="Arial" w:hAnsi="Arial" w:eastAsia="Arial"/>
                <w:b w:val="0"/>
                <w:sz w:val="17"/>
              </w:rPr>
              <w:t>Flashing red when selected cruise speed is reached</w:t>
            </w:r>
          </w:p>
        </w:tc>
        <w:tc>
          <w:tcPr>
            <w:tcW w:type="dxa" w:w="6192"/>
            <w:vAlign w:val="center"/>
          </w:tcPr>
          <w:p>
            <w:pPr>
              <w:jc w:val="left"/>
            </w:pPr>
            <w:r/>
            <w:r>
              <w:rPr>
                <w:rFonts w:ascii="Arial" w:hAnsi="Arial" w:eastAsia="Arial"/>
                <w:b w:val="0"/>
                <w:sz w:val="17"/>
              </w:rPr>
              <w:t>74LS85 comparator output enables the NE555 flashing LED circuit.</w:t>
            </w:r>
          </w:p>
        </w:tc>
      </w:tr>
      <w:tr>
        <w:tc>
          <w:tcPr>
            <w:tcW w:type="dxa" w:w="3312"/>
            <w:vAlign w:val="center"/>
          </w:tcPr>
          <w:p>
            <w:pPr>
              <w:jc w:val="left"/>
            </w:pPr>
            <w:r/>
            <w:r>
              <w:rPr>
                <w:rFonts w:ascii="Arial" w:hAnsi="Arial" w:eastAsia="Arial"/>
                <w:b w:val="0"/>
                <w:sz w:val="17"/>
              </w:rPr>
              <w:t>Maximum speed must show 10</w:t>
            </w:r>
          </w:p>
        </w:tc>
        <w:tc>
          <w:tcPr>
            <w:tcW w:type="dxa" w:w="6192"/>
            <w:vAlign w:val="center"/>
          </w:tcPr>
          <w:p>
            <w:pPr>
              <w:jc w:val="left"/>
            </w:pPr>
            <w:r/>
            <w:r>
              <w:rPr>
                <w:rFonts w:ascii="Arial" w:hAnsi="Arial" w:eastAsia="Arial"/>
                <w:b w:val="0"/>
                <w:sz w:val="17"/>
              </w:rPr>
              <w:t>The two-display CD40110 arrangement shows 10 as the maximum speed.</w:t>
            </w:r>
          </w:p>
        </w:tc>
      </w:tr>
      <w:tr>
        <w:tc>
          <w:tcPr>
            <w:tcW w:type="dxa" w:w="3312"/>
            <w:vAlign w:val="center"/>
          </w:tcPr>
          <w:p>
            <w:pPr>
              <w:jc w:val="left"/>
            </w:pPr>
            <w:r/>
            <w:r>
              <w:rPr>
                <w:rFonts w:ascii="Arial" w:hAnsi="Arial" w:eastAsia="Arial"/>
                <w:b w:val="0"/>
                <w:sz w:val="17"/>
              </w:rPr>
              <w:t>Cruise reset not only a reset button</w:t>
            </w:r>
          </w:p>
        </w:tc>
        <w:tc>
          <w:tcPr>
            <w:tcW w:type="dxa" w:w="6192"/>
            <w:vAlign w:val="center"/>
          </w:tcPr>
          <w:p>
            <w:pPr>
              <w:jc w:val="left"/>
            </w:pPr>
            <w:r/>
            <w:r>
              <w:rPr>
                <w:rFonts w:ascii="Arial" w:hAnsi="Arial" w:eastAsia="Arial"/>
                <w:b w:val="0"/>
                <w:sz w:val="17"/>
              </w:rPr>
              <w:t>Automatic 11 Reset and 99 Reset (Tens) logic is used as a limit/reset stage.</w:t>
            </w:r>
          </w:p>
        </w:tc>
      </w:tr>
    </w:tbl>
    <w:p/>
    <w:p>
      <w:r>
        <w:br w:type="page"/>
      </w:r>
    </w:p>
    <w:p>
      <w:pPr>
        <w:pStyle w:val="Heading1"/>
      </w:pPr>
      <w:r>
        <w:rPr>
          <w:b w:val="0"/>
        </w:rPr>
        <w:t>2. System description</w:t>
      </w:r>
    </w:p>
    <w:p>
      <w:r>
        <w:rPr>
          <w:b w:val="0"/>
        </w:rPr>
        <w:t>Project V1 is based on a two-digit CD40110 counter circuit. The unit counter drives the unit display, and the ten counter allows the system to show the maximum speed of 10. The circuit in Figure 1 is the full Project V1 solution, including the display counters, green/yellow LED logic, comparator section, transistor/relay driver, NE555 flashing circuit, and automatic reset/limit logic.</w:t>
      </w:r>
    </w:p>
    <w:p>
      <w:pPr>
        <w:jc w:val="center"/>
      </w:pPr>
      <w:r>
        <w:drawing>
          <wp:inline xmlns:a="http://schemas.openxmlformats.org/drawingml/2006/main" xmlns:pic="http://schemas.openxmlformats.org/drawingml/2006/picture">
            <wp:extent cx="6217920" cy="3128270"/>
            <wp:docPr id="1" name="Picture 1"/>
            <wp:cNvGraphicFramePr>
              <a:graphicFrameLocks noChangeAspect="1"/>
            </wp:cNvGraphicFramePr>
            <a:graphic>
              <a:graphicData uri="http://schemas.openxmlformats.org/drawingml/2006/picture">
                <pic:pic>
                  <pic:nvPicPr>
                    <pic:cNvPr id="0" name="page-1.png"/>
                    <pic:cNvPicPr/>
                  </pic:nvPicPr>
                  <pic:blipFill>
                    <a:blip r:embed="rId11"/>
                    <a:stretch>
                      <a:fillRect/>
                    </a:stretch>
                  </pic:blipFill>
                  <pic:spPr>
                    <a:xfrm>
                      <a:off x="0" y="0"/>
                      <a:ext cx="6217920" cy="3128270"/>
                    </a:xfrm>
                    <a:prstGeom prst="rect"/>
                  </pic:spPr>
                </pic:pic>
              </a:graphicData>
            </a:graphic>
          </wp:inline>
        </w:drawing>
      </w:r>
    </w:p>
    <w:p>
      <w:pPr>
        <w:pStyle w:val="CaptionStyle"/>
      </w:pPr>
      <w:r>
        <w:t>Figure 1: Project V1 CD40110 two-display cruise speed control circuit.</w:t>
      </w:r>
    </w:p>
    <w:p>
      <w:r>
        <w:rPr>
          <w:b w:val="0"/>
        </w:rPr>
        <w:t>The added correction and reset notes are important because the green LED must not remain active when the two-display system reaches 10, and the count must not continue into invalid states. Figure 2 shows the additional XOR correction and reset/limit logic used in the updated truth tables.</w:t>
      </w:r>
    </w:p>
    <w:p>
      <w:pPr>
        <w:jc w:val="center"/>
      </w:pPr>
      <w:r>
        <w:drawing>
          <wp:inline xmlns:a="http://schemas.openxmlformats.org/drawingml/2006/main" xmlns:pic="http://schemas.openxmlformats.org/drawingml/2006/picture">
            <wp:extent cx="6217920" cy="1284959"/>
            <wp:docPr id="2" name="Picture 2"/>
            <wp:cNvGraphicFramePr>
              <a:graphicFrameLocks noChangeAspect="1"/>
            </wp:cNvGraphicFramePr>
            <a:graphic>
              <a:graphicData uri="http://schemas.openxmlformats.org/drawingml/2006/picture">
                <pic:pic>
                  <pic:nvPicPr>
                    <pic:cNvPr id="0" name="project_v1_additional_logic.png"/>
                    <pic:cNvPicPr/>
                  </pic:nvPicPr>
                  <pic:blipFill>
                    <a:blip r:embed="rId12"/>
                    <a:stretch>
                      <a:fillRect/>
                    </a:stretch>
                  </pic:blipFill>
                  <pic:spPr>
                    <a:xfrm>
                      <a:off x="0" y="0"/>
                      <a:ext cx="6217920" cy="1284959"/>
                    </a:xfrm>
                    <a:prstGeom prst="rect"/>
                  </pic:spPr>
                </pic:pic>
              </a:graphicData>
            </a:graphic>
          </wp:inline>
        </w:drawing>
      </w:r>
    </w:p>
    <w:p>
      <w:pPr>
        <w:pStyle w:val="CaptionStyle"/>
      </w:pPr>
      <w:r>
        <w:t>Figure 2: Added XOR correction and automatic reset logic notes for Project V1.</w:t>
      </w:r>
    </w:p>
    <w:p>
      <w:r>
        <w:rPr>
          <w:b w:val="0"/>
        </w:rPr>
        <w:t>The main active components are summarized in Table 2. The table identifies how each major part supports the control-system operation.</w:t>
      </w:r>
    </w:p>
    <w:p>
      <w:r>
        <w:br w:type="page"/>
      </w:r>
    </w:p>
    <w:p>
      <w:pPr>
        <w:pStyle w:val="TableTitle"/>
      </w:pPr>
      <w:r>
        <w:rPr>
          <w:b w:val="0"/>
        </w:rPr>
        <w:t>Table 2: Main component function table for Project V1</w:t>
      </w:r>
    </w:p>
    <w:tbl>
      <w:tblPr>
        <w:tblStyle w:val="TableGrid"/>
        <w:tblW w:type="auto" w:w="0"/>
        <w:jc w:val="center"/>
        <w:tblLook w:firstColumn="1" w:firstRow="1" w:lastColumn="0" w:lastRow="0" w:noHBand="0" w:noVBand="1" w:val="04A0"/>
      </w:tblPr>
      <w:tblGrid>
        <w:gridCol w:w="4874"/>
        <w:gridCol w:w="4874"/>
      </w:tblGrid>
      <w:tr>
        <w:tc>
          <w:tcPr>
            <w:tcW w:type="dxa" w:w="3168"/>
            <w:vAlign w:val="center"/>
            <w:shd w:fill="1F4E79"/>
          </w:tcPr>
          <w:p>
            <w:pPr>
              <w:jc w:val="center"/>
            </w:pPr>
            <w:r/>
            <w:r>
              <w:rPr>
                <w:rFonts w:ascii="Arial" w:hAnsi="Arial" w:eastAsia="Arial"/>
                <w:b/>
                <w:color w:val="FFFFFF"/>
                <w:sz w:val="17"/>
              </w:rPr>
              <w:t>Component / label</w:t>
            </w:r>
          </w:p>
        </w:tc>
        <w:tc>
          <w:tcPr>
            <w:tcW w:type="dxa" w:w="6336"/>
            <w:vAlign w:val="center"/>
            <w:shd w:fill="1F4E79"/>
          </w:tcPr>
          <w:p>
            <w:pPr>
              <w:jc w:val="center"/>
            </w:pPr>
            <w:r/>
            <w:r>
              <w:rPr>
                <w:rFonts w:ascii="Arial" w:hAnsi="Arial" w:eastAsia="Arial"/>
                <w:b/>
                <w:color w:val="FFFFFF"/>
                <w:sz w:val="17"/>
              </w:rPr>
              <w:t>Function in Project V1</w:t>
            </w:r>
          </w:p>
        </w:tc>
      </w:tr>
      <w:tr>
        <w:tc>
          <w:tcPr>
            <w:tcW w:type="dxa" w:w="3168"/>
            <w:vAlign w:val="center"/>
          </w:tcPr>
          <w:p>
            <w:pPr>
              <w:jc w:val="center"/>
            </w:pPr>
            <w:r/>
            <w:r>
              <w:rPr>
                <w:rFonts w:ascii="Arial" w:hAnsi="Arial" w:eastAsia="Arial"/>
                <w:b w:val="0"/>
                <w:sz w:val="17"/>
              </w:rPr>
              <w:t>U11 and U12 CD40110</w:t>
            </w:r>
          </w:p>
        </w:tc>
        <w:tc>
          <w:tcPr>
            <w:tcW w:type="dxa" w:w="6336"/>
            <w:vAlign w:val="center"/>
          </w:tcPr>
          <w:p>
            <w:pPr>
              <w:jc w:val="left"/>
            </w:pPr>
            <w:r/>
            <w:r>
              <w:rPr>
                <w:rFonts w:ascii="Arial" w:hAnsi="Arial" w:eastAsia="Arial"/>
                <w:b w:val="0"/>
                <w:sz w:val="17"/>
              </w:rPr>
              <w:t>Unit and ten counters with direct common-cathode seven-segment display outputs.</w:t>
            </w:r>
          </w:p>
        </w:tc>
      </w:tr>
      <w:tr>
        <w:tc>
          <w:tcPr>
            <w:tcW w:type="dxa" w:w="3168"/>
            <w:vAlign w:val="center"/>
          </w:tcPr>
          <w:p>
            <w:pPr>
              <w:jc w:val="center"/>
            </w:pPr>
            <w:r/>
            <w:r>
              <w:rPr>
                <w:rFonts w:ascii="Arial" w:hAnsi="Arial" w:eastAsia="Arial"/>
                <w:b w:val="0"/>
                <w:sz w:val="17"/>
              </w:rPr>
              <w:t>U3 and U9 74LS85</w:t>
            </w:r>
          </w:p>
        </w:tc>
        <w:tc>
          <w:tcPr>
            <w:tcW w:type="dxa" w:w="6336"/>
            <w:vAlign w:val="center"/>
          </w:tcPr>
          <w:p>
            <w:pPr>
              <w:jc w:val="left"/>
            </w:pPr>
            <w:r/>
            <w:r>
              <w:rPr>
                <w:rFonts w:ascii="Arial" w:hAnsi="Arial" w:eastAsia="Arial"/>
                <w:b w:val="0"/>
                <w:sz w:val="17"/>
              </w:rPr>
              <w:t>Comparator stage used to check current speed against the selected cruise speed.</w:t>
            </w:r>
          </w:p>
        </w:tc>
      </w:tr>
      <w:tr>
        <w:tc>
          <w:tcPr>
            <w:tcW w:type="dxa" w:w="3168"/>
            <w:vAlign w:val="center"/>
          </w:tcPr>
          <w:p>
            <w:pPr>
              <w:jc w:val="center"/>
            </w:pPr>
            <w:r/>
            <w:r>
              <w:rPr>
                <w:rFonts w:ascii="Arial" w:hAnsi="Arial" w:eastAsia="Arial"/>
                <w:b w:val="0"/>
                <w:sz w:val="17"/>
              </w:rPr>
              <w:t>DSW1 DIP switch</w:t>
            </w:r>
          </w:p>
        </w:tc>
        <w:tc>
          <w:tcPr>
            <w:tcW w:type="dxa" w:w="6336"/>
            <w:vAlign w:val="center"/>
          </w:tcPr>
          <w:p>
            <w:pPr>
              <w:jc w:val="left"/>
            </w:pPr>
            <w:r/>
            <w:r>
              <w:rPr>
                <w:rFonts w:ascii="Arial" w:hAnsi="Arial" w:eastAsia="Arial"/>
                <w:b w:val="0"/>
                <w:sz w:val="17"/>
              </w:rPr>
              <w:t>Manual cruise-speed selection input.</w:t>
            </w:r>
          </w:p>
        </w:tc>
      </w:tr>
      <w:tr>
        <w:tc>
          <w:tcPr>
            <w:tcW w:type="dxa" w:w="3168"/>
            <w:vAlign w:val="center"/>
          </w:tcPr>
          <w:p>
            <w:pPr>
              <w:jc w:val="center"/>
            </w:pPr>
            <w:r/>
            <w:r>
              <w:rPr>
                <w:rFonts w:ascii="Arial" w:hAnsi="Arial" w:eastAsia="Arial"/>
                <w:b w:val="0"/>
                <w:sz w:val="17"/>
              </w:rPr>
              <w:t>U1, U4, U5:A, U6:A and U7</w:t>
            </w:r>
          </w:p>
        </w:tc>
        <w:tc>
          <w:tcPr>
            <w:tcW w:type="dxa" w:w="6336"/>
            <w:vAlign w:val="center"/>
          </w:tcPr>
          <w:p>
            <w:pPr>
              <w:jc w:val="left"/>
            </w:pPr>
            <w:r/>
            <w:r>
              <w:rPr>
                <w:rFonts w:ascii="Arial" w:hAnsi="Arial" w:eastAsia="Arial"/>
                <w:b w:val="0"/>
                <w:sz w:val="17"/>
              </w:rPr>
              <w:t>Logic network used to create the yellow/amber range signal.</w:t>
            </w:r>
          </w:p>
        </w:tc>
      </w:tr>
      <w:tr>
        <w:tc>
          <w:tcPr>
            <w:tcW w:type="dxa" w:w="3168"/>
            <w:vAlign w:val="center"/>
          </w:tcPr>
          <w:p>
            <w:pPr>
              <w:jc w:val="center"/>
            </w:pPr>
            <w:r/>
            <w:r>
              <w:rPr>
                <w:rFonts w:ascii="Arial" w:hAnsi="Arial" w:eastAsia="Arial"/>
                <w:b w:val="0"/>
                <w:sz w:val="17"/>
              </w:rPr>
              <w:t>U8 and U14</w:t>
            </w:r>
          </w:p>
        </w:tc>
        <w:tc>
          <w:tcPr>
            <w:tcW w:type="dxa" w:w="6336"/>
            <w:vAlign w:val="center"/>
          </w:tcPr>
          <w:p>
            <w:pPr>
              <w:jc w:val="left"/>
            </w:pPr>
            <w:r/>
            <w:r>
              <w:rPr>
                <w:rFonts w:ascii="Arial" w:hAnsi="Arial" w:eastAsia="Arial"/>
                <w:b w:val="0"/>
                <w:sz w:val="17"/>
              </w:rPr>
              <w:t>Inverter and XOR correction stage used to force green OFF when the speed reaches 10.</w:t>
            </w:r>
          </w:p>
        </w:tc>
      </w:tr>
      <w:tr>
        <w:tc>
          <w:tcPr>
            <w:tcW w:type="dxa" w:w="3168"/>
            <w:vAlign w:val="center"/>
          </w:tcPr>
          <w:p>
            <w:pPr>
              <w:jc w:val="center"/>
            </w:pPr>
            <w:r/>
            <w:r>
              <w:rPr>
                <w:rFonts w:ascii="Arial" w:hAnsi="Arial" w:eastAsia="Arial"/>
                <w:b w:val="0"/>
                <w:sz w:val="17"/>
              </w:rPr>
              <w:t>U18, U17 and U13</w:t>
            </w:r>
          </w:p>
        </w:tc>
        <w:tc>
          <w:tcPr>
            <w:tcW w:type="dxa" w:w="6336"/>
            <w:vAlign w:val="center"/>
          </w:tcPr>
          <w:p>
            <w:pPr>
              <w:jc w:val="left"/>
            </w:pPr>
            <w:r/>
            <w:r>
              <w:rPr>
                <w:rFonts w:ascii="Arial" w:hAnsi="Arial" w:eastAsia="Arial"/>
                <w:b w:val="0"/>
                <w:sz w:val="17"/>
              </w:rPr>
              <w:t>Automatic reset and limiting logic for the invalid 11 and high tens reset condition.</w:t>
            </w:r>
          </w:p>
        </w:tc>
      </w:tr>
      <w:tr>
        <w:tc>
          <w:tcPr>
            <w:tcW w:type="dxa" w:w="3168"/>
            <w:vAlign w:val="center"/>
          </w:tcPr>
          <w:p>
            <w:pPr>
              <w:jc w:val="center"/>
            </w:pPr>
            <w:r/>
            <w:r>
              <w:rPr>
                <w:rFonts w:ascii="Arial" w:hAnsi="Arial" w:eastAsia="Arial"/>
                <w:b w:val="0"/>
                <w:sz w:val="17"/>
              </w:rPr>
              <w:t>Q1, RL1 and U10 NE555</w:t>
            </w:r>
          </w:p>
        </w:tc>
        <w:tc>
          <w:tcPr>
            <w:tcW w:type="dxa" w:w="6336"/>
            <w:vAlign w:val="center"/>
          </w:tcPr>
          <w:p>
            <w:pPr>
              <w:jc w:val="left"/>
            </w:pPr>
            <w:r/>
            <w:r>
              <w:rPr>
                <w:rFonts w:ascii="Arial" w:hAnsi="Arial" w:eastAsia="Arial"/>
                <w:b w:val="0"/>
                <w:sz w:val="17"/>
              </w:rPr>
              <w:t>Transistor/relay enable stage and astable timer used to flash the red warning LED.</w:t>
            </w:r>
          </w:p>
        </w:tc>
      </w:tr>
    </w:tbl>
    <w:p/>
    <w:p>
      <w:r>
        <w:br w:type="page"/>
      </w:r>
    </w:p>
    <w:p>
      <w:r>
        <w:rPr>
          <w:b w:val="0"/>
        </w:rPr>
        <w:t>The system signal flow is summarized in Table 3. This gives a stage-by-stage view before each design stage is discussed.</w:t>
      </w:r>
    </w:p>
    <w:p>
      <w:pPr>
        <w:pStyle w:val="TableTitle"/>
      </w:pPr>
      <w:r>
        <w:rPr>
          <w:b w:val="0"/>
        </w:rPr>
        <w:t>Table 3: Overall signal flow for Project V1</w:t>
      </w:r>
    </w:p>
    <w:tbl>
      <w:tblPr>
        <w:tblStyle w:val="TableGrid"/>
        <w:tblW w:type="auto" w:w="0"/>
        <w:jc w:val="center"/>
        <w:tblLook w:firstColumn="1" w:firstRow="1" w:lastColumn="0" w:lastRow="0" w:noHBand="0" w:noVBand="1" w:val="04A0"/>
      </w:tblPr>
      <w:tblGrid>
        <w:gridCol w:w="3250"/>
        <w:gridCol w:w="3250"/>
        <w:gridCol w:w="3250"/>
      </w:tblGrid>
      <w:tr>
        <w:tc>
          <w:tcPr>
            <w:tcW w:type="dxa" w:w="2232"/>
            <w:vAlign w:val="center"/>
            <w:shd w:fill="1F4E79"/>
          </w:tcPr>
          <w:p>
            <w:pPr>
              <w:jc w:val="center"/>
            </w:pPr>
            <w:r/>
            <w:r>
              <w:rPr>
                <w:rFonts w:ascii="Arial" w:hAnsi="Arial" w:eastAsia="Arial"/>
                <w:b/>
                <w:color w:val="FFFFFF"/>
                <w:sz w:val="16"/>
              </w:rPr>
              <w:t>Stage</w:t>
            </w:r>
          </w:p>
        </w:tc>
        <w:tc>
          <w:tcPr>
            <w:tcW w:type="dxa" w:w="4104"/>
            <w:vAlign w:val="center"/>
            <w:shd w:fill="1F4E79"/>
          </w:tcPr>
          <w:p>
            <w:pPr>
              <w:jc w:val="center"/>
            </w:pPr>
            <w:r/>
            <w:r>
              <w:rPr>
                <w:rFonts w:ascii="Arial" w:hAnsi="Arial" w:eastAsia="Arial"/>
                <w:b/>
                <w:color w:val="FFFFFF"/>
                <w:sz w:val="16"/>
              </w:rPr>
              <w:t>Signal path</w:t>
            </w:r>
          </w:p>
        </w:tc>
        <w:tc>
          <w:tcPr>
            <w:tcW w:type="dxa" w:w="3168"/>
            <w:vAlign w:val="center"/>
            <w:shd w:fill="1F4E79"/>
          </w:tcPr>
          <w:p>
            <w:pPr>
              <w:jc w:val="center"/>
            </w:pPr>
            <w:r/>
            <w:r>
              <w:rPr>
                <w:rFonts w:ascii="Arial" w:hAnsi="Arial" w:eastAsia="Arial"/>
                <w:b/>
                <w:color w:val="FFFFFF"/>
                <w:sz w:val="16"/>
              </w:rPr>
              <w:t>Purpose</w:t>
            </w:r>
          </w:p>
        </w:tc>
      </w:tr>
      <w:tr>
        <w:tc>
          <w:tcPr>
            <w:tcW w:type="dxa" w:w="2232"/>
            <w:vAlign w:val="center"/>
          </w:tcPr>
          <w:p>
            <w:pPr>
              <w:jc w:val="center"/>
            </w:pPr>
            <w:r/>
            <w:r>
              <w:rPr>
                <w:rFonts w:ascii="Arial" w:hAnsi="Arial" w:eastAsia="Arial"/>
                <w:b w:val="0"/>
                <w:sz w:val="16"/>
              </w:rPr>
              <w:t>Counting and display</w:t>
            </w:r>
          </w:p>
        </w:tc>
        <w:tc>
          <w:tcPr>
            <w:tcW w:type="dxa" w:w="4104"/>
            <w:vAlign w:val="center"/>
          </w:tcPr>
          <w:p>
            <w:pPr>
              <w:jc w:val="left"/>
            </w:pPr>
            <w:r/>
            <w:r>
              <w:rPr>
                <w:rFonts w:ascii="Arial" w:hAnsi="Arial" w:eastAsia="Arial"/>
                <w:b w:val="0"/>
                <w:sz w:val="16"/>
              </w:rPr>
              <w:t>UP/DOWN inputs -&gt; CD40110 counters -&gt; seven-segment displays</w:t>
            </w:r>
          </w:p>
        </w:tc>
        <w:tc>
          <w:tcPr>
            <w:tcW w:type="dxa" w:w="3168"/>
            <w:vAlign w:val="center"/>
          </w:tcPr>
          <w:p>
            <w:pPr>
              <w:jc w:val="left"/>
            </w:pPr>
            <w:r/>
            <w:r>
              <w:rPr>
                <w:rFonts w:ascii="Arial" w:hAnsi="Arial" w:eastAsia="Arial"/>
                <w:b w:val="0"/>
                <w:sz w:val="16"/>
              </w:rPr>
              <w:t>Shows the current speed from 00 to 10.</w:t>
            </w:r>
          </w:p>
        </w:tc>
      </w:tr>
      <w:tr>
        <w:tc>
          <w:tcPr>
            <w:tcW w:type="dxa" w:w="2232"/>
            <w:vAlign w:val="center"/>
          </w:tcPr>
          <w:p>
            <w:pPr>
              <w:jc w:val="center"/>
            </w:pPr>
            <w:r/>
            <w:r>
              <w:rPr>
                <w:rFonts w:ascii="Arial" w:hAnsi="Arial" w:eastAsia="Arial"/>
                <w:b w:val="0"/>
                <w:sz w:val="16"/>
              </w:rPr>
              <w:t>Range indication</w:t>
            </w:r>
          </w:p>
        </w:tc>
        <w:tc>
          <w:tcPr>
            <w:tcW w:type="dxa" w:w="4104"/>
            <w:vAlign w:val="center"/>
          </w:tcPr>
          <w:p>
            <w:pPr>
              <w:jc w:val="left"/>
            </w:pPr>
            <w:r/>
            <w:r>
              <w:rPr>
                <w:rFonts w:ascii="Arial" w:hAnsi="Arial" w:eastAsia="Arial"/>
                <w:b w:val="0"/>
                <w:sz w:val="16"/>
              </w:rPr>
              <w:t>CD40110 segment outputs -&gt; logic gates -&gt; green/yellow LEDs</w:t>
            </w:r>
          </w:p>
        </w:tc>
        <w:tc>
          <w:tcPr>
            <w:tcW w:type="dxa" w:w="3168"/>
            <w:vAlign w:val="center"/>
          </w:tcPr>
          <w:p>
            <w:pPr>
              <w:jc w:val="left"/>
            </w:pPr>
            <w:r/>
            <w:r>
              <w:rPr>
                <w:rFonts w:ascii="Arial" w:hAnsi="Arial" w:eastAsia="Arial"/>
                <w:b w:val="0"/>
                <w:sz w:val="16"/>
              </w:rPr>
              <w:t>Separates 00-05 from 06-09 and blocks green at 10.</w:t>
            </w:r>
          </w:p>
        </w:tc>
      </w:tr>
      <w:tr>
        <w:tc>
          <w:tcPr>
            <w:tcW w:type="dxa" w:w="2232"/>
            <w:vAlign w:val="center"/>
          </w:tcPr>
          <w:p>
            <w:pPr>
              <w:jc w:val="center"/>
            </w:pPr>
            <w:r/>
            <w:r>
              <w:rPr>
                <w:rFonts w:ascii="Arial" w:hAnsi="Arial" w:eastAsia="Arial"/>
                <w:b w:val="0"/>
                <w:sz w:val="16"/>
              </w:rPr>
              <w:t>Comparator decision</w:t>
            </w:r>
          </w:p>
        </w:tc>
        <w:tc>
          <w:tcPr>
            <w:tcW w:type="dxa" w:w="4104"/>
            <w:vAlign w:val="center"/>
          </w:tcPr>
          <w:p>
            <w:pPr>
              <w:jc w:val="left"/>
            </w:pPr>
            <w:r/>
            <w:r>
              <w:rPr>
                <w:rFonts w:ascii="Arial" w:hAnsi="Arial" w:eastAsia="Arial"/>
                <w:b w:val="0"/>
                <w:sz w:val="16"/>
              </w:rPr>
              <w:t>Current speed signals + DIP switch set speed -&gt; 74LS85 comparators</w:t>
            </w:r>
          </w:p>
        </w:tc>
        <w:tc>
          <w:tcPr>
            <w:tcW w:type="dxa" w:w="3168"/>
            <w:vAlign w:val="center"/>
          </w:tcPr>
          <w:p>
            <w:pPr>
              <w:jc w:val="left"/>
            </w:pPr>
            <w:r/>
            <w:r>
              <w:rPr>
                <w:rFonts w:ascii="Arial" w:hAnsi="Arial" w:eastAsia="Arial"/>
                <w:b w:val="0"/>
                <w:sz w:val="16"/>
              </w:rPr>
              <w:t>Detects whether the selected cruise speed has been reached.</w:t>
            </w:r>
          </w:p>
        </w:tc>
      </w:tr>
      <w:tr>
        <w:tc>
          <w:tcPr>
            <w:tcW w:type="dxa" w:w="2232"/>
            <w:vAlign w:val="center"/>
          </w:tcPr>
          <w:p>
            <w:pPr>
              <w:jc w:val="center"/>
            </w:pPr>
            <w:r/>
            <w:r>
              <w:rPr>
                <w:rFonts w:ascii="Arial" w:hAnsi="Arial" w:eastAsia="Arial"/>
                <w:b w:val="0"/>
                <w:sz w:val="16"/>
              </w:rPr>
              <w:t>Red warning</w:t>
            </w:r>
          </w:p>
        </w:tc>
        <w:tc>
          <w:tcPr>
            <w:tcW w:type="dxa" w:w="4104"/>
            <w:vAlign w:val="center"/>
          </w:tcPr>
          <w:p>
            <w:pPr>
              <w:jc w:val="left"/>
            </w:pPr>
            <w:r/>
            <w:r>
              <w:rPr>
                <w:rFonts w:ascii="Arial" w:hAnsi="Arial" w:eastAsia="Arial"/>
                <w:b w:val="0"/>
                <w:sz w:val="16"/>
              </w:rPr>
              <w:t>Comparator output -&gt; transistor/relay -&gt; NE555 -&gt; red LEDs</w:t>
            </w:r>
          </w:p>
        </w:tc>
        <w:tc>
          <w:tcPr>
            <w:tcW w:type="dxa" w:w="3168"/>
            <w:vAlign w:val="center"/>
          </w:tcPr>
          <w:p>
            <w:pPr>
              <w:jc w:val="left"/>
            </w:pPr>
            <w:r/>
            <w:r>
              <w:rPr>
                <w:rFonts w:ascii="Arial" w:hAnsi="Arial" w:eastAsia="Arial"/>
                <w:b w:val="0"/>
                <w:sz w:val="16"/>
              </w:rPr>
              <w:t>Flashes red when the current speed is equal to or above the selected speed.</w:t>
            </w:r>
          </w:p>
        </w:tc>
      </w:tr>
      <w:tr>
        <w:tc>
          <w:tcPr>
            <w:tcW w:type="dxa" w:w="2232"/>
            <w:vAlign w:val="center"/>
          </w:tcPr>
          <w:p>
            <w:pPr>
              <w:jc w:val="center"/>
            </w:pPr>
            <w:r/>
            <w:r>
              <w:rPr>
                <w:rFonts w:ascii="Arial" w:hAnsi="Arial" w:eastAsia="Arial"/>
                <w:b w:val="0"/>
                <w:sz w:val="16"/>
              </w:rPr>
              <w:t>Automatic limit reset</w:t>
            </w:r>
          </w:p>
        </w:tc>
        <w:tc>
          <w:tcPr>
            <w:tcW w:type="dxa" w:w="4104"/>
            <w:vAlign w:val="center"/>
          </w:tcPr>
          <w:p>
            <w:pPr>
              <w:jc w:val="left"/>
            </w:pPr>
            <w:r/>
            <w:r>
              <w:rPr>
                <w:rFonts w:ascii="Arial" w:hAnsi="Arial" w:eastAsia="Arial"/>
                <w:b w:val="0"/>
                <w:sz w:val="16"/>
              </w:rPr>
              <w:t>Invalid-state detection -&gt; reset/limit path</w:t>
            </w:r>
          </w:p>
        </w:tc>
        <w:tc>
          <w:tcPr>
            <w:tcW w:type="dxa" w:w="3168"/>
            <w:vAlign w:val="center"/>
          </w:tcPr>
          <w:p>
            <w:pPr>
              <w:jc w:val="left"/>
            </w:pPr>
            <w:r/>
            <w:r>
              <w:rPr>
                <w:rFonts w:ascii="Arial" w:hAnsi="Arial" w:eastAsia="Arial"/>
                <w:b w:val="0"/>
                <w:sz w:val="16"/>
              </w:rPr>
              <w:t>Allows 10 to be displayed, then clears or blocks attempted invalid states.</w:t>
            </w:r>
          </w:p>
        </w:tc>
      </w:tr>
    </w:tbl>
    <w:p/>
    <w:p>
      <w:r>
        <w:br w:type="page"/>
      </w:r>
    </w:p>
    <w:p>
      <w:pPr>
        <w:pStyle w:val="Heading2"/>
      </w:pPr>
      <w:r>
        <w:rPr>
          <w:b w:val="0"/>
        </w:rPr>
        <w:t>2.1. Stage 1: Development and overall approach to solution of automated system</w:t>
      </w:r>
    </w:p>
    <w:p>
      <w:r>
        <w:rPr>
          <w:b w:val="0"/>
        </w:rPr>
        <w:t>The overall approach for Project V1 was to divide the cruise speed control simulation into independent stages. The counter and display stage was developed first because the displayed current speed is the main input to the rest of the logic. The LED range stage was then added to classify the displayed speed. The comparator stage was added to compare the current speed with the selected cruise speed, and the NE555 flashing stage was used to provide the red warning output.</w:t>
      </w:r>
    </w:p>
    <w:p>
      <w:r>
        <w:rPr>
          <w:b w:val="0"/>
        </w:rPr>
        <w:t>This stage-by-stage approach follows the engineering design instruction that each stage should be tested independently before the complete circuit is assembled. The circuit is also suitable for laboratory presentation because the counting, display, range LEDs, comparator and flashing output can each be demonstrated separately.</w:t>
      </w:r>
    </w:p>
    <w:p>
      <w:pPr>
        <w:pStyle w:val="Heading2"/>
      </w:pPr>
      <w:r>
        <w:rPr>
          <w:b w:val="0"/>
        </w:rPr>
        <w:t>2.2. Stage 2: Development and solution of the analog detection/sensors stage</w:t>
      </w:r>
    </w:p>
    <w:p>
      <w:r>
        <w:rPr>
          <w:b w:val="0"/>
        </w:rPr>
        <w:t>In Project V1, the analog detector stage is represented by manual UP and DOWN pulse inputs rather than a separate analog sensor and ADC stage. This means the circuit focuses on the digital display, logic and warning-control behaviour. The UP input simulates increasing speed, the DOWN input simulates decreasing speed, and the reset/limit logic controls invalid speed states. This is an acceptable simulation approach for testing the digital cruise-speed control section, although a later version may add an actual analogue detector or ADC stage.</w:t>
      </w:r>
    </w:p>
    <w:p>
      <w:pPr>
        <w:pStyle w:val="Heading2"/>
      </w:pPr>
      <w:r>
        <w:rPr>
          <w:b w:val="0"/>
        </w:rPr>
        <w:t>2.3. Stage 3: Development and solution of determination of increasing/decreasing speed</w:t>
      </w:r>
    </w:p>
    <w:p>
      <w:r>
        <w:rPr>
          <w:b w:val="0"/>
        </w:rPr>
        <w:t>The increasing and decreasing speed function is produced using two CD40110 counters. The unit counter handles the unit digit from 0 to 9, while the ten counter allows the system to display 10. The CD40110 segment outputs are active-HIGH for the common-cathode displays, so a logic 1 turns the relevant segment ON.</w:t>
      </w:r>
    </w:p>
    <w:p>
      <w:r>
        <w:rPr>
          <w:b w:val="0"/>
        </w:rPr>
        <w:t>Table 4 provides the CD40110 segment-output truth table used for the common-cathode displays. This table is needed because the same segment outputs are also reused by the LED range logic.</w:t>
      </w:r>
    </w:p>
    <w:p>
      <w:pPr>
        <w:pStyle w:val="TableTitle"/>
      </w:pPr>
      <w:r>
        <w:rPr>
          <w:b w:val="0"/>
        </w:rPr>
        <w:t>Table 4: CD40110 common-cathode display truth table</w:t>
      </w:r>
    </w:p>
    <w:tbl>
      <w:tblPr>
        <w:tblStyle w:val="TableGrid"/>
        <w:tblW w:type="auto" w:w="0"/>
        <w:jc w:val="center"/>
        <w:tblLook w:firstColumn="1" w:firstRow="1" w:lastColumn="0" w:lastRow="0" w:noHBand="0" w:noVBand="1" w:val="04A0"/>
      </w:tblPr>
      <w:tblGrid>
        <w:gridCol w:w="1083"/>
        <w:gridCol w:w="1083"/>
        <w:gridCol w:w="1083"/>
        <w:gridCol w:w="1083"/>
        <w:gridCol w:w="1083"/>
        <w:gridCol w:w="1083"/>
        <w:gridCol w:w="1083"/>
        <w:gridCol w:w="1083"/>
        <w:gridCol w:w="1083"/>
      </w:tblGrid>
      <w:tr>
        <w:tc>
          <w:tcPr>
            <w:tcW w:type="dxa" w:w="792"/>
            <w:vAlign w:val="center"/>
            <w:shd w:fill="1F4E79"/>
          </w:tcPr>
          <w:p>
            <w:pPr>
              <w:jc w:val="center"/>
            </w:pPr>
            <w:r/>
            <w:r>
              <w:rPr>
                <w:rFonts w:ascii="Arial" w:hAnsi="Arial" w:eastAsia="Arial"/>
                <w:b/>
                <w:color w:val="FFFFFF"/>
                <w:sz w:val="15"/>
              </w:rPr>
              <w:t>Digit</w:t>
            </w:r>
          </w:p>
        </w:tc>
        <w:tc>
          <w:tcPr>
            <w:tcW w:type="dxa" w:w="504"/>
            <w:vAlign w:val="center"/>
            <w:shd w:fill="1F4E79"/>
          </w:tcPr>
          <w:p>
            <w:pPr>
              <w:jc w:val="center"/>
            </w:pPr>
            <w:r/>
            <w:r>
              <w:rPr>
                <w:rFonts w:ascii="Arial" w:hAnsi="Arial" w:eastAsia="Arial"/>
                <w:b/>
                <w:color w:val="FFFFFF"/>
                <w:sz w:val="15"/>
              </w:rPr>
              <w:t>A</w:t>
            </w:r>
          </w:p>
        </w:tc>
        <w:tc>
          <w:tcPr>
            <w:tcW w:type="dxa" w:w="504"/>
            <w:vAlign w:val="center"/>
            <w:shd w:fill="1F4E79"/>
          </w:tcPr>
          <w:p>
            <w:pPr>
              <w:jc w:val="center"/>
            </w:pPr>
            <w:r/>
            <w:r>
              <w:rPr>
                <w:rFonts w:ascii="Arial" w:hAnsi="Arial" w:eastAsia="Arial"/>
                <w:b/>
                <w:color w:val="FFFFFF"/>
                <w:sz w:val="15"/>
              </w:rPr>
              <w:t>B</w:t>
            </w:r>
          </w:p>
        </w:tc>
        <w:tc>
          <w:tcPr>
            <w:tcW w:type="dxa" w:w="504"/>
            <w:vAlign w:val="center"/>
            <w:shd w:fill="1F4E79"/>
          </w:tcPr>
          <w:p>
            <w:pPr>
              <w:jc w:val="center"/>
            </w:pPr>
            <w:r/>
            <w:r>
              <w:rPr>
                <w:rFonts w:ascii="Arial" w:hAnsi="Arial" w:eastAsia="Arial"/>
                <w:b/>
                <w:color w:val="FFFFFF"/>
                <w:sz w:val="15"/>
              </w:rPr>
              <w:t>C</w:t>
            </w:r>
          </w:p>
        </w:tc>
        <w:tc>
          <w:tcPr>
            <w:tcW w:type="dxa" w:w="504"/>
            <w:vAlign w:val="center"/>
            <w:shd w:fill="1F4E79"/>
          </w:tcPr>
          <w:p>
            <w:pPr>
              <w:jc w:val="center"/>
            </w:pPr>
            <w:r/>
            <w:r>
              <w:rPr>
                <w:rFonts w:ascii="Arial" w:hAnsi="Arial" w:eastAsia="Arial"/>
                <w:b/>
                <w:color w:val="FFFFFF"/>
                <w:sz w:val="15"/>
              </w:rPr>
              <w:t>D</w:t>
            </w:r>
          </w:p>
        </w:tc>
        <w:tc>
          <w:tcPr>
            <w:tcW w:type="dxa" w:w="504"/>
            <w:vAlign w:val="center"/>
            <w:shd w:fill="1F4E79"/>
          </w:tcPr>
          <w:p>
            <w:pPr>
              <w:jc w:val="center"/>
            </w:pPr>
            <w:r/>
            <w:r>
              <w:rPr>
                <w:rFonts w:ascii="Arial" w:hAnsi="Arial" w:eastAsia="Arial"/>
                <w:b/>
                <w:color w:val="FFFFFF"/>
                <w:sz w:val="15"/>
              </w:rPr>
              <w:t>E</w:t>
            </w:r>
          </w:p>
        </w:tc>
        <w:tc>
          <w:tcPr>
            <w:tcW w:type="dxa" w:w="504"/>
            <w:vAlign w:val="center"/>
            <w:shd w:fill="1F4E79"/>
          </w:tcPr>
          <w:p>
            <w:pPr>
              <w:jc w:val="center"/>
            </w:pPr>
            <w:r/>
            <w:r>
              <w:rPr>
                <w:rFonts w:ascii="Arial" w:hAnsi="Arial" w:eastAsia="Arial"/>
                <w:b/>
                <w:color w:val="FFFFFF"/>
                <w:sz w:val="15"/>
              </w:rPr>
              <w:t>F</w:t>
            </w:r>
          </w:p>
        </w:tc>
        <w:tc>
          <w:tcPr>
            <w:tcW w:type="dxa" w:w="504"/>
            <w:vAlign w:val="center"/>
            <w:shd w:fill="1F4E79"/>
          </w:tcPr>
          <w:p>
            <w:pPr>
              <w:jc w:val="center"/>
            </w:pPr>
            <w:r/>
            <w:r>
              <w:rPr>
                <w:rFonts w:ascii="Arial" w:hAnsi="Arial" w:eastAsia="Arial"/>
                <w:b/>
                <w:color w:val="FFFFFF"/>
                <w:sz w:val="15"/>
              </w:rPr>
              <w:t>G</w:t>
            </w:r>
          </w:p>
        </w:tc>
        <w:tc>
          <w:tcPr>
            <w:tcW w:type="dxa" w:w="3384"/>
            <w:vAlign w:val="center"/>
            <w:shd w:fill="1F4E79"/>
          </w:tcPr>
          <w:p>
            <w:pPr>
              <w:jc w:val="center"/>
            </w:pPr>
            <w:r/>
            <w:r>
              <w:rPr>
                <w:rFonts w:ascii="Arial" w:hAnsi="Arial" w:eastAsia="Arial"/>
                <w:b/>
                <w:color w:val="FFFFFF"/>
                <w:sz w:val="15"/>
              </w:rPr>
              <w:t>Pattern ABCDEFG</w:t>
            </w:r>
          </w:p>
        </w:tc>
      </w:tr>
      <w:tr>
        <w:tc>
          <w:tcPr>
            <w:tcW w:type="dxa" w:w="792"/>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0</w:t>
            </w:r>
          </w:p>
        </w:tc>
        <w:tc>
          <w:tcPr>
            <w:tcW w:type="dxa" w:w="3384"/>
            <w:vAlign w:val="center"/>
          </w:tcPr>
          <w:p>
            <w:pPr>
              <w:jc w:val="center"/>
            </w:pPr>
            <w:r/>
            <w:r>
              <w:rPr>
                <w:rFonts w:ascii="Arial" w:hAnsi="Arial" w:eastAsia="Arial"/>
                <w:b w:val="0"/>
                <w:sz w:val="15"/>
              </w:rPr>
              <w:t>1111110</w:t>
            </w:r>
          </w:p>
        </w:tc>
      </w:tr>
      <w:tr>
        <w:tc>
          <w:tcPr>
            <w:tcW w:type="dxa" w:w="792"/>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0</w:t>
            </w:r>
          </w:p>
        </w:tc>
        <w:tc>
          <w:tcPr>
            <w:tcW w:type="dxa" w:w="3384"/>
            <w:vAlign w:val="center"/>
          </w:tcPr>
          <w:p>
            <w:pPr>
              <w:jc w:val="center"/>
            </w:pPr>
            <w:r/>
            <w:r>
              <w:rPr>
                <w:rFonts w:ascii="Arial" w:hAnsi="Arial" w:eastAsia="Arial"/>
                <w:b w:val="0"/>
                <w:sz w:val="15"/>
              </w:rPr>
              <w:t>0110000</w:t>
            </w:r>
          </w:p>
        </w:tc>
      </w:tr>
      <w:tr>
        <w:tc>
          <w:tcPr>
            <w:tcW w:type="dxa" w:w="792"/>
            <w:vAlign w:val="center"/>
          </w:tcPr>
          <w:p>
            <w:pPr>
              <w:jc w:val="center"/>
            </w:pPr>
            <w:r/>
            <w:r>
              <w:rPr>
                <w:rFonts w:ascii="Arial" w:hAnsi="Arial" w:eastAsia="Arial"/>
                <w:b w:val="0"/>
                <w:sz w:val="15"/>
              </w:rPr>
              <w:t>2</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1</w:t>
            </w:r>
          </w:p>
        </w:tc>
        <w:tc>
          <w:tcPr>
            <w:tcW w:type="dxa" w:w="3384"/>
            <w:vAlign w:val="center"/>
          </w:tcPr>
          <w:p>
            <w:pPr>
              <w:jc w:val="center"/>
            </w:pPr>
            <w:r/>
            <w:r>
              <w:rPr>
                <w:rFonts w:ascii="Arial" w:hAnsi="Arial" w:eastAsia="Arial"/>
                <w:b w:val="0"/>
                <w:sz w:val="15"/>
              </w:rPr>
              <w:t>1101101</w:t>
            </w:r>
          </w:p>
        </w:tc>
      </w:tr>
      <w:tr>
        <w:tc>
          <w:tcPr>
            <w:tcW w:type="dxa" w:w="792"/>
            <w:vAlign w:val="center"/>
          </w:tcPr>
          <w:p>
            <w:pPr>
              <w:jc w:val="center"/>
            </w:pPr>
            <w:r/>
            <w:r>
              <w:rPr>
                <w:rFonts w:ascii="Arial" w:hAnsi="Arial" w:eastAsia="Arial"/>
                <w:b w:val="0"/>
                <w:sz w:val="15"/>
              </w:rPr>
              <w:t>3</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1</w:t>
            </w:r>
          </w:p>
        </w:tc>
        <w:tc>
          <w:tcPr>
            <w:tcW w:type="dxa" w:w="3384"/>
            <w:vAlign w:val="center"/>
          </w:tcPr>
          <w:p>
            <w:pPr>
              <w:jc w:val="center"/>
            </w:pPr>
            <w:r/>
            <w:r>
              <w:rPr>
                <w:rFonts w:ascii="Arial" w:hAnsi="Arial" w:eastAsia="Arial"/>
                <w:b w:val="0"/>
                <w:sz w:val="15"/>
              </w:rPr>
              <w:t>1111001</w:t>
            </w:r>
          </w:p>
        </w:tc>
      </w:tr>
      <w:tr>
        <w:tc>
          <w:tcPr>
            <w:tcW w:type="dxa" w:w="792"/>
            <w:vAlign w:val="center"/>
          </w:tcPr>
          <w:p>
            <w:pPr>
              <w:jc w:val="center"/>
            </w:pPr>
            <w:r/>
            <w:r>
              <w:rPr>
                <w:rFonts w:ascii="Arial" w:hAnsi="Arial" w:eastAsia="Arial"/>
                <w:b w:val="0"/>
                <w:sz w:val="15"/>
              </w:rPr>
              <w:t>4</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3384"/>
            <w:vAlign w:val="center"/>
          </w:tcPr>
          <w:p>
            <w:pPr>
              <w:jc w:val="center"/>
            </w:pPr>
            <w:r/>
            <w:r>
              <w:rPr>
                <w:rFonts w:ascii="Arial" w:hAnsi="Arial" w:eastAsia="Arial"/>
                <w:b w:val="0"/>
                <w:sz w:val="15"/>
              </w:rPr>
              <w:t>0110011</w:t>
            </w:r>
          </w:p>
        </w:tc>
      </w:tr>
      <w:tr>
        <w:tc>
          <w:tcPr>
            <w:tcW w:type="dxa" w:w="792"/>
            <w:vAlign w:val="center"/>
          </w:tcPr>
          <w:p>
            <w:pPr>
              <w:jc w:val="center"/>
            </w:pPr>
            <w:r/>
            <w:r>
              <w:rPr>
                <w:rFonts w:ascii="Arial" w:hAnsi="Arial" w:eastAsia="Arial"/>
                <w:b w:val="0"/>
                <w:sz w:val="15"/>
              </w:rPr>
              <w:t>5</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3384"/>
            <w:vAlign w:val="center"/>
          </w:tcPr>
          <w:p>
            <w:pPr>
              <w:jc w:val="center"/>
            </w:pPr>
            <w:r/>
            <w:r>
              <w:rPr>
                <w:rFonts w:ascii="Arial" w:hAnsi="Arial" w:eastAsia="Arial"/>
                <w:b w:val="0"/>
                <w:sz w:val="15"/>
              </w:rPr>
              <w:t>1011011</w:t>
            </w:r>
          </w:p>
        </w:tc>
      </w:tr>
      <w:tr>
        <w:tc>
          <w:tcPr>
            <w:tcW w:type="dxa" w:w="792"/>
            <w:vAlign w:val="center"/>
          </w:tcPr>
          <w:p>
            <w:pPr>
              <w:jc w:val="center"/>
            </w:pPr>
            <w:r/>
            <w:r>
              <w:rPr>
                <w:rFonts w:ascii="Arial" w:hAnsi="Arial" w:eastAsia="Arial"/>
                <w:b w:val="0"/>
                <w:sz w:val="15"/>
              </w:rPr>
              <w:t>6</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3384"/>
            <w:vAlign w:val="center"/>
          </w:tcPr>
          <w:p>
            <w:pPr>
              <w:jc w:val="center"/>
            </w:pPr>
            <w:r/>
            <w:r>
              <w:rPr>
                <w:rFonts w:ascii="Arial" w:hAnsi="Arial" w:eastAsia="Arial"/>
                <w:b w:val="0"/>
                <w:sz w:val="15"/>
              </w:rPr>
              <w:t>1011111</w:t>
            </w:r>
          </w:p>
        </w:tc>
      </w:tr>
      <w:tr>
        <w:tc>
          <w:tcPr>
            <w:tcW w:type="dxa" w:w="792"/>
            <w:vAlign w:val="center"/>
          </w:tcPr>
          <w:p>
            <w:pPr>
              <w:jc w:val="center"/>
            </w:pPr>
            <w:r/>
            <w:r>
              <w:rPr>
                <w:rFonts w:ascii="Arial" w:hAnsi="Arial" w:eastAsia="Arial"/>
                <w:b w:val="0"/>
                <w:sz w:val="15"/>
              </w:rPr>
              <w:t>7</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0</w:t>
            </w:r>
          </w:p>
        </w:tc>
        <w:tc>
          <w:tcPr>
            <w:tcW w:type="dxa" w:w="3384"/>
            <w:vAlign w:val="center"/>
          </w:tcPr>
          <w:p>
            <w:pPr>
              <w:jc w:val="center"/>
            </w:pPr>
            <w:r/>
            <w:r>
              <w:rPr>
                <w:rFonts w:ascii="Arial" w:hAnsi="Arial" w:eastAsia="Arial"/>
                <w:b w:val="0"/>
                <w:sz w:val="15"/>
              </w:rPr>
              <w:t>1110000</w:t>
            </w:r>
          </w:p>
        </w:tc>
      </w:tr>
      <w:tr>
        <w:tc>
          <w:tcPr>
            <w:tcW w:type="dxa" w:w="792"/>
            <w:vAlign w:val="center"/>
          </w:tcPr>
          <w:p>
            <w:pPr>
              <w:jc w:val="center"/>
            </w:pPr>
            <w:r/>
            <w:r>
              <w:rPr>
                <w:rFonts w:ascii="Arial" w:hAnsi="Arial" w:eastAsia="Arial"/>
                <w:b w:val="0"/>
                <w:sz w:val="15"/>
              </w:rPr>
              <w:t>8</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3384"/>
            <w:vAlign w:val="center"/>
          </w:tcPr>
          <w:p>
            <w:pPr>
              <w:jc w:val="center"/>
            </w:pPr>
            <w:r/>
            <w:r>
              <w:rPr>
                <w:rFonts w:ascii="Arial" w:hAnsi="Arial" w:eastAsia="Arial"/>
                <w:b w:val="0"/>
                <w:sz w:val="15"/>
              </w:rPr>
              <w:t>1111111</w:t>
            </w:r>
          </w:p>
        </w:tc>
      </w:tr>
      <w:tr>
        <w:tc>
          <w:tcPr>
            <w:tcW w:type="dxa" w:w="792"/>
            <w:vAlign w:val="center"/>
          </w:tcPr>
          <w:p>
            <w:pPr>
              <w:jc w:val="center"/>
            </w:pPr>
            <w:r/>
            <w:r>
              <w:rPr>
                <w:rFonts w:ascii="Arial" w:hAnsi="Arial" w:eastAsia="Arial"/>
                <w:b w:val="0"/>
                <w:sz w:val="15"/>
              </w:rPr>
              <w:t>9</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0</w:t>
            </w:r>
          </w:p>
        </w:tc>
        <w:tc>
          <w:tcPr>
            <w:tcW w:type="dxa" w:w="504"/>
            <w:vAlign w:val="center"/>
          </w:tcPr>
          <w:p>
            <w:pPr>
              <w:jc w:val="center"/>
            </w:pPr>
            <w:r/>
            <w:r>
              <w:rPr>
                <w:rFonts w:ascii="Arial" w:hAnsi="Arial" w:eastAsia="Arial"/>
                <w:b w:val="0"/>
                <w:sz w:val="15"/>
              </w:rPr>
              <w:t>1</w:t>
            </w:r>
          </w:p>
        </w:tc>
        <w:tc>
          <w:tcPr>
            <w:tcW w:type="dxa" w:w="504"/>
            <w:vAlign w:val="center"/>
          </w:tcPr>
          <w:p>
            <w:pPr>
              <w:jc w:val="center"/>
            </w:pPr>
            <w:r/>
            <w:r>
              <w:rPr>
                <w:rFonts w:ascii="Arial" w:hAnsi="Arial" w:eastAsia="Arial"/>
                <w:b w:val="0"/>
                <w:sz w:val="15"/>
              </w:rPr>
              <w:t>1</w:t>
            </w:r>
          </w:p>
        </w:tc>
        <w:tc>
          <w:tcPr>
            <w:tcW w:type="dxa" w:w="3384"/>
            <w:vAlign w:val="center"/>
          </w:tcPr>
          <w:p>
            <w:pPr>
              <w:jc w:val="center"/>
            </w:pPr>
            <w:r/>
            <w:r>
              <w:rPr>
                <w:rFonts w:ascii="Arial" w:hAnsi="Arial" w:eastAsia="Arial"/>
                <w:b w:val="0"/>
                <w:sz w:val="15"/>
              </w:rPr>
              <w:t>1111011</w:t>
            </w:r>
          </w:p>
        </w:tc>
      </w:tr>
    </w:tbl>
    <w:p/>
    <w:p>
      <w:r>
        <w:rPr>
          <w:b w:val="0"/>
        </w:rPr>
        <w:t>The full valid display range is shown in Table 5. The maximum displayed value is 10, and the indicator behaviour is included to link the counter output to the control requirements.</w:t>
      </w:r>
    </w:p>
    <w:p>
      <w:r>
        <w:br w:type="page"/>
      </w:r>
    </w:p>
    <w:p>
      <w:pPr>
        <w:pStyle w:val="TableTitle"/>
      </w:pPr>
      <w:r>
        <w:rPr>
          <w:b w:val="0"/>
        </w:rPr>
        <w:t>Table 5: Two-digit operating truth table for speeds 00 to 10</w:t>
      </w:r>
    </w:p>
    <w:tbl>
      <w:tblPr>
        <w:tblStyle w:val="TableGrid"/>
        <w:tblW w:type="auto" w:w="0"/>
        <w:jc w:val="center"/>
        <w:tblLook w:firstColumn="1" w:firstRow="1" w:lastColumn="0" w:lastRow="0" w:noHBand="0" w:noVBand="1" w:val="04A0"/>
      </w:tblPr>
      <w:tblGrid>
        <w:gridCol w:w="1393"/>
        <w:gridCol w:w="1393"/>
        <w:gridCol w:w="1393"/>
        <w:gridCol w:w="1393"/>
        <w:gridCol w:w="1393"/>
        <w:gridCol w:w="1393"/>
        <w:gridCol w:w="1393"/>
      </w:tblGrid>
      <w:tr>
        <w:tc>
          <w:tcPr>
            <w:tcW w:type="dxa" w:w="792"/>
            <w:vAlign w:val="center"/>
            <w:shd w:fill="1F4E79"/>
          </w:tcPr>
          <w:p>
            <w:pPr>
              <w:jc w:val="center"/>
            </w:pPr>
            <w:r/>
            <w:r>
              <w:rPr>
                <w:rFonts w:ascii="Arial" w:hAnsi="Arial" w:eastAsia="Arial"/>
                <w:b/>
                <w:color w:val="FFFFFF"/>
                <w:sz w:val="14"/>
              </w:rPr>
              <w:t>Speed</w:t>
            </w:r>
          </w:p>
        </w:tc>
        <w:tc>
          <w:tcPr>
            <w:tcW w:type="dxa" w:w="936"/>
            <w:vAlign w:val="center"/>
            <w:shd w:fill="1F4E79"/>
          </w:tcPr>
          <w:p>
            <w:pPr>
              <w:jc w:val="center"/>
            </w:pPr>
            <w:r/>
            <w:r>
              <w:rPr>
                <w:rFonts w:ascii="Arial" w:hAnsi="Arial" w:eastAsia="Arial"/>
                <w:b/>
                <w:color w:val="FFFFFF"/>
                <w:sz w:val="14"/>
              </w:rPr>
              <w:t>Ten digit</w:t>
            </w:r>
          </w:p>
        </w:tc>
        <w:tc>
          <w:tcPr>
            <w:tcW w:type="dxa" w:w="936"/>
            <w:vAlign w:val="center"/>
            <w:shd w:fill="1F4E79"/>
          </w:tcPr>
          <w:p>
            <w:pPr>
              <w:jc w:val="center"/>
            </w:pPr>
            <w:r/>
            <w:r>
              <w:rPr>
                <w:rFonts w:ascii="Arial" w:hAnsi="Arial" w:eastAsia="Arial"/>
                <w:b/>
                <w:color w:val="FFFFFF"/>
                <w:sz w:val="14"/>
              </w:rPr>
              <w:t>Unit digit</w:t>
            </w:r>
          </w:p>
        </w:tc>
        <w:tc>
          <w:tcPr>
            <w:tcW w:type="dxa" w:w="936"/>
            <w:vAlign w:val="center"/>
            <w:shd w:fill="1F4E79"/>
          </w:tcPr>
          <w:p>
            <w:pPr>
              <w:jc w:val="center"/>
            </w:pPr>
            <w:r/>
            <w:r>
              <w:rPr>
                <w:rFonts w:ascii="Arial" w:hAnsi="Arial" w:eastAsia="Arial"/>
                <w:b/>
                <w:color w:val="FFFFFF"/>
                <w:sz w:val="14"/>
              </w:rPr>
              <w:t>Green LED</w:t>
            </w:r>
          </w:p>
        </w:tc>
        <w:tc>
          <w:tcPr>
            <w:tcW w:type="dxa" w:w="1008"/>
            <w:vAlign w:val="center"/>
            <w:shd w:fill="1F4E79"/>
          </w:tcPr>
          <w:p>
            <w:pPr>
              <w:jc w:val="center"/>
            </w:pPr>
            <w:r/>
            <w:r>
              <w:rPr>
                <w:rFonts w:ascii="Arial" w:hAnsi="Arial" w:eastAsia="Arial"/>
                <w:b/>
                <w:color w:val="FFFFFF"/>
                <w:sz w:val="14"/>
              </w:rPr>
              <w:t>Yellow LED</w:t>
            </w:r>
          </w:p>
        </w:tc>
        <w:tc>
          <w:tcPr>
            <w:tcW w:type="dxa" w:w="1224"/>
            <w:vAlign w:val="center"/>
            <w:shd w:fill="1F4E79"/>
          </w:tcPr>
          <w:p>
            <w:pPr>
              <w:jc w:val="center"/>
            </w:pPr>
            <w:r/>
            <w:r>
              <w:rPr>
                <w:rFonts w:ascii="Arial" w:hAnsi="Arial" w:eastAsia="Arial"/>
                <w:b/>
                <w:color w:val="FFFFFF"/>
                <w:sz w:val="14"/>
              </w:rPr>
              <w:t>Red LED</w:t>
            </w:r>
          </w:p>
        </w:tc>
        <w:tc>
          <w:tcPr>
            <w:tcW w:type="dxa" w:w="3024"/>
            <w:vAlign w:val="center"/>
            <w:shd w:fill="1F4E79"/>
          </w:tcPr>
          <w:p>
            <w:pPr>
              <w:jc w:val="center"/>
            </w:pPr>
            <w:r/>
            <w:r>
              <w:rPr>
                <w:rFonts w:ascii="Arial" w:hAnsi="Arial" w:eastAsia="Arial"/>
                <w:b/>
                <w:color w:val="FFFFFF"/>
                <w:sz w:val="14"/>
              </w:rPr>
              <w:t>Meaning</w:t>
            </w:r>
          </w:p>
        </w:tc>
      </w:tr>
      <w:tr>
        <w:tc>
          <w:tcPr>
            <w:tcW w:type="dxa" w:w="792"/>
            <w:vAlign w:val="center"/>
          </w:tcPr>
          <w:p>
            <w:pPr>
              <w:jc w:val="center"/>
            </w:pPr>
            <w:r/>
            <w:r>
              <w:rPr>
                <w:rFonts w:ascii="Arial" w:hAnsi="Arial" w:eastAsia="Arial"/>
                <w:b w:val="0"/>
                <w:sz w:val="14"/>
              </w:rPr>
              <w:t>00</w:t>
            </w:r>
          </w:p>
        </w:tc>
        <w:tc>
          <w:tcPr>
            <w:tcW w:type="dxa" w:w="936"/>
            <w:vAlign w:val="center"/>
          </w:tcPr>
          <w:p>
            <w:pPr>
              <w:jc w:val="center"/>
            </w:pPr>
            <w:r/>
            <w:r>
              <w:rPr>
                <w:rFonts w:ascii="Arial" w:hAnsi="Arial" w:eastAsia="Arial"/>
                <w:b w:val="0"/>
                <w:sz w:val="14"/>
              </w:rPr>
              <w:t>0</w:t>
            </w:r>
          </w:p>
        </w:tc>
        <w:tc>
          <w:tcPr>
            <w:tcW w:type="dxa" w:w="936"/>
            <w:vAlign w:val="center"/>
          </w:tcPr>
          <w:p>
            <w:pPr>
              <w:jc w:val="center"/>
            </w:pPr>
            <w:r/>
            <w:r>
              <w:rPr>
                <w:rFonts w:ascii="Arial" w:hAnsi="Arial" w:eastAsia="Arial"/>
                <w:b w:val="0"/>
                <w:sz w:val="14"/>
              </w:rPr>
              <w:t>0</w:t>
            </w:r>
          </w:p>
        </w:tc>
        <w:tc>
          <w:tcPr>
            <w:tcW w:type="dxa" w:w="936"/>
            <w:vAlign w:val="center"/>
          </w:tcPr>
          <w:p>
            <w:pPr>
              <w:jc w:val="center"/>
            </w:pPr>
            <w:r/>
            <w:r>
              <w:rPr>
                <w:rFonts w:ascii="Arial" w:hAnsi="Arial" w:eastAsia="Arial"/>
                <w:b w:val="0"/>
                <w:sz w:val="14"/>
              </w:rPr>
              <w:t>1</w:t>
            </w:r>
          </w:p>
        </w:tc>
        <w:tc>
          <w:tcPr>
            <w:tcW w:type="dxa" w:w="1008"/>
            <w:vAlign w:val="center"/>
          </w:tcPr>
          <w:p>
            <w:pPr>
              <w:jc w:val="center"/>
            </w:pPr>
            <w:r/>
            <w:r>
              <w:rPr>
                <w:rFonts w:ascii="Arial" w:hAnsi="Arial" w:eastAsia="Arial"/>
                <w:b w:val="0"/>
                <w:sz w:val="14"/>
              </w:rPr>
              <w:t>0</w:t>
            </w:r>
          </w:p>
        </w:tc>
        <w:tc>
          <w:tcPr>
            <w:tcW w:type="dxa" w:w="1224"/>
            <w:vAlign w:val="center"/>
          </w:tcPr>
          <w:p>
            <w:pPr>
              <w:jc w:val="center"/>
            </w:pPr>
            <w:r/>
            <w:r>
              <w:rPr>
                <w:rFonts w:ascii="Arial" w:hAnsi="Arial" w:eastAsia="Arial"/>
                <w:b w:val="0"/>
                <w:sz w:val="14"/>
              </w:rPr>
              <w:t>Comparator</w:t>
            </w:r>
          </w:p>
        </w:tc>
        <w:tc>
          <w:tcPr>
            <w:tcW w:type="dxa" w:w="3024"/>
            <w:vAlign w:val="center"/>
          </w:tcPr>
          <w:p>
            <w:pPr>
              <w:jc w:val="center"/>
            </w:pPr>
            <w:r/>
            <w:r>
              <w:rPr>
                <w:rFonts w:ascii="Arial" w:hAnsi="Arial" w:eastAsia="Arial"/>
                <w:b w:val="0"/>
                <w:sz w:val="14"/>
              </w:rPr>
              <w:t>Green range</w:t>
            </w:r>
          </w:p>
        </w:tc>
      </w:tr>
      <w:tr>
        <w:tc>
          <w:tcPr>
            <w:tcW w:type="dxa" w:w="792"/>
            <w:vAlign w:val="center"/>
          </w:tcPr>
          <w:p>
            <w:pPr>
              <w:jc w:val="center"/>
            </w:pPr>
            <w:r/>
            <w:r>
              <w:rPr>
                <w:rFonts w:ascii="Arial" w:hAnsi="Arial" w:eastAsia="Arial"/>
                <w:b w:val="0"/>
                <w:sz w:val="14"/>
              </w:rPr>
              <w:t>01</w:t>
            </w:r>
          </w:p>
        </w:tc>
        <w:tc>
          <w:tcPr>
            <w:tcW w:type="dxa" w:w="936"/>
            <w:vAlign w:val="center"/>
          </w:tcPr>
          <w:p>
            <w:pPr>
              <w:jc w:val="center"/>
            </w:pPr>
            <w:r/>
            <w:r>
              <w:rPr>
                <w:rFonts w:ascii="Arial" w:hAnsi="Arial" w:eastAsia="Arial"/>
                <w:b w:val="0"/>
                <w:sz w:val="14"/>
              </w:rPr>
              <w:t>0</w:t>
            </w:r>
          </w:p>
        </w:tc>
        <w:tc>
          <w:tcPr>
            <w:tcW w:type="dxa" w:w="936"/>
            <w:vAlign w:val="center"/>
          </w:tcPr>
          <w:p>
            <w:pPr>
              <w:jc w:val="center"/>
            </w:pPr>
            <w:r/>
            <w:r>
              <w:rPr>
                <w:rFonts w:ascii="Arial" w:hAnsi="Arial" w:eastAsia="Arial"/>
                <w:b w:val="0"/>
                <w:sz w:val="14"/>
              </w:rPr>
              <w:t>1</w:t>
            </w:r>
          </w:p>
        </w:tc>
        <w:tc>
          <w:tcPr>
            <w:tcW w:type="dxa" w:w="936"/>
            <w:vAlign w:val="center"/>
          </w:tcPr>
          <w:p>
            <w:pPr>
              <w:jc w:val="center"/>
            </w:pPr>
            <w:r/>
            <w:r>
              <w:rPr>
                <w:rFonts w:ascii="Arial" w:hAnsi="Arial" w:eastAsia="Arial"/>
                <w:b w:val="0"/>
                <w:sz w:val="14"/>
              </w:rPr>
              <w:t>1</w:t>
            </w:r>
          </w:p>
        </w:tc>
        <w:tc>
          <w:tcPr>
            <w:tcW w:type="dxa" w:w="1008"/>
            <w:vAlign w:val="center"/>
          </w:tcPr>
          <w:p>
            <w:pPr>
              <w:jc w:val="center"/>
            </w:pPr>
            <w:r/>
            <w:r>
              <w:rPr>
                <w:rFonts w:ascii="Arial" w:hAnsi="Arial" w:eastAsia="Arial"/>
                <w:b w:val="0"/>
                <w:sz w:val="14"/>
              </w:rPr>
              <w:t>0</w:t>
            </w:r>
          </w:p>
        </w:tc>
        <w:tc>
          <w:tcPr>
            <w:tcW w:type="dxa" w:w="1224"/>
            <w:vAlign w:val="center"/>
          </w:tcPr>
          <w:p>
            <w:pPr>
              <w:jc w:val="center"/>
            </w:pPr>
            <w:r/>
            <w:r>
              <w:rPr>
                <w:rFonts w:ascii="Arial" w:hAnsi="Arial" w:eastAsia="Arial"/>
                <w:b w:val="0"/>
                <w:sz w:val="14"/>
              </w:rPr>
              <w:t>Comparator</w:t>
            </w:r>
          </w:p>
        </w:tc>
        <w:tc>
          <w:tcPr>
            <w:tcW w:type="dxa" w:w="3024"/>
            <w:vAlign w:val="center"/>
          </w:tcPr>
          <w:p>
            <w:pPr>
              <w:jc w:val="center"/>
            </w:pPr>
            <w:r/>
            <w:r>
              <w:rPr>
                <w:rFonts w:ascii="Arial" w:hAnsi="Arial" w:eastAsia="Arial"/>
                <w:b w:val="0"/>
                <w:sz w:val="14"/>
              </w:rPr>
              <w:t>Green range</w:t>
            </w:r>
          </w:p>
        </w:tc>
      </w:tr>
      <w:tr>
        <w:tc>
          <w:tcPr>
            <w:tcW w:type="dxa" w:w="792"/>
            <w:vAlign w:val="center"/>
          </w:tcPr>
          <w:p>
            <w:pPr>
              <w:jc w:val="center"/>
            </w:pPr>
            <w:r/>
            <w:r>
              <w:rPr>
                <w:rFonts w:ascii="Arial" w:hAnsi="Arial" w:eastAsia="Arial"/>
                <w:b w:val="0"/>
                <w:sz w:val="14"/>
              </w:rPr>
              <w:t>02</w:t>
            </w:r>
          </w:p>
        </w:tc>
        <w:tc>
          <w:tcPr>
            <w:tcW w:type="dxa" w:w="936"/>
            <w:vAlign w:val="center"/>
          </w:tcPr>
          <w:p>
            <w:pPr>
              <w:jc w:val="center"/>
            </w:pPr>
            <w:r/>
            <w:r>
              <w:rPr>
                <w:rFonts w:ascii="Arial" w:hAnsi="Arial" w:eastAsia="Arial"/>
                <w:b w:val="0"/>
                <w:sz w:val="14"/>
              </w:rPr>
              <w:t>0</w:t>
            </w:r>
          </w:p>
        </w:tc>
        <w:tc>
          <w:tcPr>
            <w:tcW w:type="dxa" w:w="936"/>
            <w:vAlign w:val="center"/>
          </w:tcPr>
          <w:p>
            <w:pPr>
              <w:jc w:val="center"/>
            </w:pPr>
            <w:r/>
            <w:r>
              <w:rPr>
                <w:rFonts w:ascii="Arial" w:hAnsi="Arial" w:eastAsia="Arial"/>
                <w:b w:val="0"/>
                <w:sz w:val="14"/>
              </w:rPr>
              <w:t>2</w:t>
            </w:r>
          </w:p>
        </w:tc>
        <w:tc>
          <w:tcPr>
            <w:tcW w:type="dxa" w:w="936"/>
            <w:vAlign w:val="center"/>
          </w:tcPr>
          <w:p>
            <w:pPr>
              <w:jc w:val="center"/>
            </w:pPr>
            <w:r/>
            <w:r>
              <w:rPr>
                <w:rFonts w:ascii="Arial" w:hAnsi="Arial" w:eastAsia="Arial"/>
                <w:b w:val="0"/>
                <w:sz w:val="14"/>
              </w:rPr>
              <w:t>1</w:t>
            </w:r>
          </w:p>
        </w:tc>
        <w:tc>
          <w:tcPr>
            <w:tcW w:type="dxa" w:w="1008"/>
            <w:vAlign w:val="center"/>
          </w:tcPr>
          <w:p>
            <w:pPr>
              <w:jc w:val="center"/>
            </w:pPr>
            <w:r/>
            <w:r>
              <w:rPr>
                <w:rFonts w:ascii="Arial" w:hAnsi="Arial" w:eastAsia="Arial"/>
                <w:b w:val="0"/>
                <w:sz w:val="14"/>
              </w:rPr>
              <w:t>0</w:t>
            </w:r>
          </w:p>
        </w:tc>
        <w:tc>
          <w:tcPr>
            <w:tcW w:type="dxa" w:w="1224"/>
            <w:vAlign w:val="center"/>
          </w:tcPr>
          <w:p>
            <w:pPr>
              <w:jc w:val="center"/>
            </w:pPr>
            <w:r/>
            <w:r>
              <w:rPr>
                <w:rFonts w:ascii="Arial" w:hAnsi="Arial" w:eastAsia="Arial"/>
                <w:b w:val="0"/>
                <w:sz w:val="14"/>
              </w:rPr>
              <w:t>Comparator</w:t>
            </w:r>
          </w:p>
        </w:tc>
        <w:tc>
          <w:tcPr>
            <w:tcW w:type="dxa" w:w="3024"/>
            <w:vAlign w:val="center"/>
          </w:tcPr>
          <w:p>
            <w:pPr>
              <w:jc w:val="center"/>
            </w:pPr>
            <w:r/>
            <w:r>
              <w:rPr>
                <w:rFonts w:ascii="Arial" w:hAnsi="Arial" w:eastAsia="Arial"/>
                <w:b w:val="0"/>
                <w:sz w:val="14"/>
              </w:rPr>
              <w:t>Green range</w:t>
            </w:r>
          </w:p>
        </w:tc>
      </w:tr>
      <w:tr>
        <w:tc>
          <w:tcPr>
            <w:tcW w:type="dxa" w:w="792"/>
            <w:vAlign w:val="center"/>
          </w:tcPr>
          <w:p>
            <w:pPr>
              <w:jc w:val="center"/>
            </w:pPr>
            <w:r/>
            <w:r>
              <w:rPr>
                <w:rFonts w:ascii="Arial" w:hAnsi="Arial" w:eastAsia="Arial"/>
                <w:b w:val="0"/>
                <w:sz w:val="14"/>
              </w:rPr>
              <w:t>03</w:t>
            </w:r>
          </w:p>
        </w:tc>
        <w:tc>
          <w:tcPr>
            <w:tcW w:type="dxa" w:w="936"/>
            <w:vAlign w:val="center"/>
          </w:tcPr>
          <w:p>
            <w:pPr>
              <w:jc w:val="center"/>
            </w:pPr>
            <w:r/>
            <w:r>
              <w:rPr>
                <w:rFonts w:ascii="Arial" w:hAnsi="Arial" w:eastAsia="Arial"/>
                <w:b w:val="0"/>
                <w:sz w:val="14"/>
              </w:rPr>
              <w:t>0</w:t>
            </w:r>
          </w:p>
        </w:tc>
        <w:tc>
          <w:tcPr>
            <w:tcW w:type="dxa" w:w="936"/>
            <w:vAlign w:val="center"/>
          </w:tcPr>
          <w:p>
            <w:pPr>
              <w:jc w:val="center"/>
            </w:pPr>
            <w:r/>
            <w:r>
              <w:rPr>
                <w:rFonts w:ascii="Arial" w:hAnsi="Arial" w:eastAsia="Arial"/>
                <w:b w:val="0"/>
                <w:sz w:val="14"/>
              </w:rPr>
              <w:t>3</w:t>
            </w:r>
          </w:p>
        </w:tc>
        <w:tc>
          <w:tcPr>
            <w:tcW w:type="dxa" w:w="936"/>
            <w:vAlign w:val="center"/>
          </w:tcPr>
          <w:p>
            <w:pPr>
              <w:jc w:val="center"/>
            </w:pPr>
            <w:r/>
            <w:r>
              <w:rPr>
                <w:rFonts w:ascii="Arial" w:hAnsi="Arial" w:eastAsia="Arial"/>
                <w:b w:val="0"/>
                <w:sz w:val="14"/>
              </w:rPr>
              <w:t>1</w:t>
            </w:r>
          </w:p>
        </w:tc>
        <w:tc>
          <w:tcPr>
            <w:tcW w:type="dxa" w:w="1008"/>
            <w:vAlign w:val="center"/>
          </w:tcPr>
          <w:p>
            <w:pPr>
              <w:jc w:val="center"/>
            </w:pPr>
            <w:r/>
            <w:r>
              <w:rPr>
                <w:rFonts w:ascii="Arial" w:hAnsi="Arial" w:eastAsia="Arial"/>
                <w:b w:val="0"/>
                <w:sz w:val="14"/>
              </w:rPr>
              <w:t>0</w:t>
            </w:r>
          </w:p>
        </w:tc>
        <w:tc>
          <w:tcPr>
            <w:tcW w:type="dxa" w:w="1224"/>
            <w:vAlign w:val="center"/>
          </w:tcPr>
          <w:p>
            <w:pPr>
              <w:jc w:val="center"/>
            </w:pPr>
            <w:r/>
            <w:r>
              <w:rPr>
                <w:rFonts w:ascii="Arial" w:hAnsi="Arial" w:eastAsia="Arial"/>
                <w:b w:val="0"/>
                <w:sz w:val="14"/>
              </w:rPr>
              <w:t>Comparator</w:t>
            </w:r>
          </w:p>
        </w:tc>
        <w:tc>
          <w:tcPr>
            <w:tcW w:type="dxa" w:w="3024"/>
            <w:vAlign w:val="center"/>
          </w:tcPr>
          <w:p>
            <w:pPr>
              <w:jc w:val="center"/>
            </w:pPr>
            <w:r/>
            <w:r>
              <w:rPr>
                <w:rFonts w:ascii="Arial" w:hAnsi="Arial" w:eastAsia="Arial"/>
                <w:b w:val="0"/>
                <w:sz w:val="14"/>
              </w:rPr>
              <w:t>Green range</w:t>
            </w:r>
          </w:p>
        </w:tc>
      </w:tr>
      <w:tr>
        <w:tc>
          <w:tcPr>
            <w:tcW w:type="dxa" w:w="792"/>
            <w:vAlign w:val="center"/>
          </w:tcPr>
          <w:p>
            <w:pPr>
              <w:jc w:val="center"/>
            </w:pPr>
            <w:r/>
            <w:r>
              <w:rPr>
                <w:rFonts w:ascii="Arial" w:hAnsi="Arial" w:eastAsia="Arial"/>
                <w:b w:val="0"/>
                <w:sz w:val="14"/>
              </w:rPr>
              <w:t>04</w:t>
            </w:r>
          </w:p>
        </w:tc>
        <w:tc>
          <w:tcPr>
            <w:tcW w:type="dxa" w:w="936"/>
            <w:vAlign w:val="center"/>
          </w:tcPr>
          <w:p>
            <w:pPr>
              <w:jc w:val="center"/>
            </w:pPr>
            <w:r/>
            <w:r>
              <w:rPr>
                <w:rFonts w:ascii="Arial" w:hAnsi="Arial" w:eastAsia="Arial"/>
                <w:b w:val="0"/>
                <w:sz w:val="14"/>
              </w:rPr>
              <w:t>0</w:t>
            </w:r>
          </w:p>
        </w:tc>
        <w:tc>
          <w:tcPr>
            <w:tcW w:type="dxa" w:w="936"/>
            <w:vAlign w:val="center"/>
          </w:tcPr>
          <w:p>
            <w:pPr>
              <w:jc w:val="center"/>
            </w:pPr>
            <w:r/>
            <w:r>
              <w:rPr>
                <w:rFonts w:ascii="Arial" w:hAnsi="Arial" w:eastAsia="Arial"/>
                <w:b w:val="0"/>
                <w:sz w:val="14"/>
              </w:rPr>
              <w:t>4</w:t>
            </w:r>
          </w:p>
        </w:tc>
        <w:tc>
          <w:tcPr>
            <w:tcW w:type="dxa" w:w="936"/>
            <w:vAlign w:val="center"/>
          </w:tcPr>
          <w:p>
            <w:pPr>
              <w:jc w:val="center"/>
            </w:pPr>
            <w:r/>
            <w:r>
              <w:rPr>
                <w:rFonts w:ascii="Arial" w:hAnsi="Arial" w:eastAsia="Arial"/>
                <w:b w:val="0"/>
                <w:sz w:val="14"/>
              </w:rPr>
              <w:t>1</w:t>
            </w:r>
          </w:p>
        </w:tc>
        <w:tc>
          <w:tcPr>
            <w:tcW w:type="dxa" w:w="1008"/>
            <w:vAlign w:val="center"/>
          </w:tcPr>
          <w:p>
            <w:pPr>
              <w:jc w:val="center"/>
            </w:pPr>
            <w:r/>
            <w:r>
              <w:rPr>
                <w:rFonts w:ascii="Arial" w:hAnsi="Arial" w:eastAsia="Arial"/>
                <w:b w:val="0"/>
                <w:sz w:val="14"/>
              </w:rPr>
              <w:t>0</w:t>
            </w:r>
          </w:p>
        </w:tc>
        <w:tc>
          <w:tcPr>
            <w:tcW w:type="dxa" w:w="1224"/>
            <w:vAlign w:val="center"/>
          </w:tcPr>
          <w:p>
            <w:pPr>
              <w:jc w:val="center"/>
            </w:pPr>
            <w:r/>
            <w:r>
              <w:rPr>
                <w:rFonts w:ascii="Arial" w:hAnsi="Arial" w:eastAsia="Arial"/>
                <w:b w:val="0"/>
                <w:sz w:val="14"/>
              </w:rPr>
              <w:t>Comparator</w:t>
            </w:r>
          </w:p>
        </w:tc>
        <w:tc>
          <w:tcPr>
            <w:tcW w:type="dxa" w:w="3024"/>
            <w:vAlign w:val="center"/>
          </w:tcPr>
          <w:p>
            <w:pPr>
              <w:jc w:val="center"/>
            </w:pPr>
            <w:r/>
            <w:r>
              <w:rPr>
                <w:rFonts w:ascii="Arial" w:hAnsi="Arial" w:eastAsia="Arial"/>
                <w:b w:val="0"/>
                <w:sz w:val="14"/>
              </w:rPr>
              <w:t>Green range</w:t>
            </w:r>
          </w:p>
        </w:tc>
      </w:tr>
      <w:tr>
        <w:tc>
          <w:tcPr>
            <w:tcW w:type="dxa" w:w="792"/>
            <w:vAlign w:val="center"/>
          </w:tcPr>
          <w:p>
            <w:pPr>
              <w:jc w:val="center"/>
            </w:pPr>
            <w:r/>
            <w:r>
              <w:rPr>
                <w:rFonts w:ascii="Arial" w:hAnsi="Arial" w:eastAsia="Arial"/>
                <w:b w:val="0"/>
                <w:sz w:val="14"/>
              </w:rPr>
              <w:t>05</w:t>
            </w:r>
          </w:p>
        </w:tc>
        <w:tc>
          <w:tcPr>
            <w:tcW w:type="dxa" w:w="936"/>
            <w:vAlign w:val="center"/>
          </w:tcPr>
          <w:p>
            <w:pPr>
              <w:jc w:val="center"/>
            </w:pPr>
            <w:r/>
            <w:r>
              <w:rPr>
                <w:rFonts w:ascii="Arial" w:hAnsi="Arial" w:eastAsia="Arial"/>
                <w:b w:val="0"/>
                <w:sz w:val="14"/>
              </w:rPr>
              <w:t>0</w:t>
            </w:r>
          </w:p>
        </w:tc>
        <w:tc>
          <w:tcPr>
            <w:tcW w:type="dxa" w:w="936"/>
            <w:vAlign w:val="center"/>
          </w:tcPr>
          <w:p>
            <w:pPr>
              <w:jc w:val="center"/>
            </w:pPr>
            <w:r/>
            <w:r>
              <w:rPr>
                <w:rFonts w:ascii="Arial" w:hAnsi="Arial" w:eastAsia="Arial"/>
                <w:b w:val="0"/>
                <w:sz w:val="14"/>
              </w:rPr>
              <w:t>5</w:t>
            </w:r>
          </w:p>
        </w:tc>
        <w:tc>
          <w:tcPr>
            <w:tcW w:type="dxa" w:w="936"/>
            <w:vAlign w:val="center"/>
          </w:tcPr>
          <w:p>
            <w:pPr>
              <w:jc w:val="center"/>
            </w:pPr>
            <w:r/>
            <w:r>
              <w:rPr>
                <w:rFonts w:ascii="Arial" w:hAnsi="Arial" w:eastAsia="Arial"/>
                <w:b w:val="0"/>
                <w:sz w:val="14"/>
              </w:rPr>
              <w:t>1</w:t>
            </w:r>
          </w:p>
        </w:tc>
        <w:tc>
          <w:tcPr>
            <w:tcW w:type="dxa" w:w="1008"/>
            <w:vAlign w:val="center"/>
          </w:tcPr>
          <w:p>
            <w:pPr>
              <w:jc w:val="center"/>
            </w:pPr>
            <w:r/>
            <w:r>
              <w:rPr>
                <w:rFonts w:ascii="Arial" w:hAnsi="Arial" w:eastAsia="Arial"/>
                <w:b w:val="0"/>
                <w:sz w:val="14"/>
              </w:rPr>
              <w:t>0</w:t>
            </w:r>
          </w:p>
        </w:tc>
        <w:tc>
          <w:tcPr>
            <w:tcW w:type="dxa" w:w="1224"/>
            <w:vAlign w:val="center"/>
          </w:tcPr>
          <w:p>
            <w:pPr>
              <w:jc w:val="center"/>
            </w:pPr>
            <w:r/>
            <w:r>
              <w:rPr>
                <w:rFonts w:ascii="Arial" w:hAnsi="Arial" w:eastAsia="Arial"/>
                <w:b w:val="0"/>
                <w:sz w:val="14"/>
              </w:rPr>
              <w:t>Comparator</w:t>
            </w:r>
          </w:p>
        </w:tc>
        <w:tc>
          <w:tcPr>
            <w:tcW w:type="dxa" w:w="3024"/>
            <w:vAlign w:val="center"/>
          </w:tcPr>
          <w:p>
            <w:pPr>
              <w:jc w:val="center"/>
            </w:pPr>
            <w:r/>
            <w:r>
              <w:rPr>
                <w:rFonts w:ascii="Arial" w:hAnsi="Arial" w:eastAsia="Arial"/>
                <w:b w:val="0"/>
                <w:sz w:val="14"/>
              </w:rPr>
              <w:t>Green range</w:t>
            </w:r>
          </w:p>
        </w:tc>
      </w:tr>
      <w:tr>
        <w:tc>
          <w:tcPr>
            <w:tcW w:type="dxa" w:w="792"/>
            <w:vAlign w:val="center"/>
          </w:tcPr>
          <w:p>
            <w:pPr>
              <w:jc w:val="center"/>
            </w:pPr>
            <w:r/>
            <w:r>
              <w:rPr>
                <w:rFonts w:ascii="Arial" w:hAnsi="Arial" w:eastAsia="Arial"/>
                <w:b w:val="0"/>
                <w:sz w:val="14"/>
              </w:rPr>
              <w:t>06</w:t>
            </w:r>
          </w:p>
        </w:tc>
        <w:tc>
          <w:tcPr>
            <w:tcW w:type="dxa" w:w="936"/>
            <w:vAlign w:val="center"/>
          </w:tcPr>
          <w:p>
            <w:pPr>
              <w:jc w:val="center"/>
            </w:pPr>
            <w:r/>
            <w:r>
              <w:rPr>
                <w:rFonts w:ascii="Arial" w:hAnsi="Arial" w:eastAsia="Arial"/>
                <w:b w:val="0"/>
                <w:sz w:val="14"/>
              </w:rPr>
              <w:t>0</w:t>
            </w:r>
          </w:p>
        </w:tc>
        <w:tc>
          <w:tcPr>
            <w:tcW w:type="dxa" w:w="936"/>
            <w:vAlign w:val="center"/>
          </w:tcPr>
          <w:p>
            <w:pPr>
              <w:jc w:val="center"/>
            </w:pPr>
            <w:r/>
            <w:r>
              <w:rPr>
                <w:rFonts w:ascii="Arial" w:hAnsi="Arial" w:eastAsia="Arial"/>
                <w:b w:val="0"/>
                <w:sz w:val="14"/>
              </w:rPr>
              <w:t>6</w:t>
            </w:r>
          </w:p>
        </w:tc>
        <w:tc>
          <w:tcPr>
            <w:tcW w:type="dxa" w:w="936"/>
            <w:vAlign w:val="center"/>
          </w:tcPr>
          <w:p>
            <w:pPr>
              <w:jc w:val="center"/>
            </w:pPr>
            <w:r/>
            <w:r>
              <w:rPr>
                <w:rFonts w:ascii="Arial" w:hAnsi="Arial" w:eastAsia="Arial"/>
                <w:b w:val="0"/>
                <w:sz w:val="14"/>
              </w:rPr>
              <w:t>0</w:t>
            </w:r>
          </w:p>
        </w:tc>
        <w:tc>
          <w:tcPr>
            <w:tcW w:type="dxa" w:w="1008"/>
            <w:vAlign w:val="center"/>
          </w:tcPr>
          <w:p>
            <w:pPr>
              <w:jc w:val="center"/>
            </w:pPr>
            <w:r/>
            <w:r>
              <w:rPr>
                <w:rFonts w:ascii="Arial" w:hAnsi="Arial" w:eastAsia="Arial"/>
                <w:b w:val="0"/>
                <w:sz w:val="14"/>
              </w:rPr>
              <w:t>1</w:t>
            </w:r>
          </w:p>
        </w:tc>
        <w:tc>
          <w:tcPr>
            <w:tcW w:type="dxa" w:w="1224"/>
            <w:vAlign w:val="center"/>
          </w:tcPr>
          <w:p>
            <w:pPr>
              <w:jc w:val="center"/>
            </w:pPr>
            <w:r/>
            <w:r>
              <w:rPr>
                <w:rFonts w:ascii="Arial" w:hAnsi="Arial" w:eastAsia="Arial"/>
                <w:b w:val="0"/>
                <w:sz w:val="14"/>
              </w:rPr>
              <w:t>Comparator</w:t>
            </w:r>
          </w:p>
        </w:tc>
        <w:tc>
          <w:tcPr>
            <w:tcW w:type="dxa" w:w="3024"/>
            <w:vAlign w:val="center"/>
          </w:tcPr>
          <w:p>
            <w:pPr>
              <w:jc w:val="center"/>
            </w:pPr>
            <w:r/>
            <w:r>
              <w:rPr>
                <w:rFonts w:ascii="Arial" w:hAnsi="Arial" w:eastAsia="Arial"/>
                <w:b w:val="0"/>
                <w:sz w:val="14"/>
              </w:rPr>
              <w:t>Amber/yellow range</w:t>
            </w:r>
          </w:p>
        </w:tc>
      </w:tr>
      <w:tr>
        <w:tc>
          <w:tcPr>
            <w:tcW w:type="dxa" w:w="792"/>
            <w:vAlign w:val="center"/>
          </w:tcPr>
          <w:p>
            <w:pPr>
              <w:jc w:val="center"/>
            </w:pPr>
            <w:r/>
            <w:r>
              <w:rPr>
                <w:rFonts w:ascii="Arial" w:hAnsi="Arial" w:eastAsia="Arial"/>
                <w:b w:val="0"/>
                <w:sz w:val="14"/>
              </w:rPr>
              <w:t>07</w:t>
            </w:r>
          </w:p>
        </w:tc>
        <w:tc>
          <w:tcPr>
            <w:tcW w:type="dxa" w:w="936"/>
            <w:vAlign w:val="center"/>
          </w:tcPr>
          <w:p>
            <w:pPr>
              <w:jc w:val="center"/>
            </w:pPr>
            <w:r/>
            <w:r>
              <w:rPr>
                <w:rFonts w:ascii="Arial" w:hAnsi="Arial" w:eastAsia="Arial"/>
                <w:b w:val="0"/>
                <w:sz w:val="14"/>
              </w:rPr>
              <w:t>0</w:t>
            </w:r>
          </w:p>
        </w:tc>
        <w:tc>
          <w:tcPr>
            <w:tcW w:type="dxa" w:w="936"/>
            <w:vAlign w:val="center"/>
          </w:tcPr>
          <w:p>
            <w:pPr>
              <w:jc w:val="center"/>
            </w:pPr>
            <w:r/>
            <w:r>
              <w:rPr>
                <w:rFonts w:ascii="Arial" w:hAnsi="Arial" w:eastAsia="Arial"/>
                <w:b w:val="0"/>
                <w:sz w:val="14"/>
              </w:rPr>
              <w:t>7</w:t>
            </w:r>
          </w:p>
        </w:tc>
        <w:tc>
          <w:tcPr>
            <w:tcW w:type="dxa" w:w="936"/>
            <w:vAlign w:val="center"/>
          </w:tcPr>
          <w:p>
            <w:pPr>
              <w:jc w:val="center"/>
            </w:pPr>
            <w:r/>
            <w:r>
              <w:rPr>
                <w:rFonts w:ascii="Arial" w:hAnsi="Arial" w:eastAsia="Arial"/>
                <w:b w:val="0"/>
                <w:sz w:val="14"/>
              </w:rPr>
              <w:t>0</w:t>
            </w:r>
          </w:p>
        </w:tc>
        <w:tc>
          <w:tcPr>
            <w:tcW w:type="dxa" w:w="1008"/>
            <w:vAlign w:val="center"/>
          </w:tcPr>
          <w:p>
            <w:pPr>
              <w:jc w:val="center"/>
            </w:pPr>
            <w:r/>
            <w:r>
              <w:rPr>
                <w:rFonts w:ascii="Arial" w:hAnsi="Arial" w:eastAsia="Arial"/>
                <w:b w:val="0"/>
                <w:sz w:val="14"/>
              </w:rPr>
              <w:t>1</w:t>
            </w:r>
          </w:p>
        </w:tc>
        <w:tc>
          <w:tcPr>
            <w:tcW w:type="dxa" w:w="1224"/>
            <w:vAlign w:val="center"/>
          </w:tcPr>
          <w:p>
            <w:pPr>
              <w:jc w:val="center"/>
            </w:pPr>
            <w:r/>
            <w:r>
              <w:rPr>
                <w:rFonts w:ascii="Arial" w:hAnsi="Arial" w:eastAsia="Arial"/>
                <w:b w:val="0"/>
                <w:sz w:val="14"/>
              </w:rPr>
              <w:t>Comparator</w:t>
            </w:r>
          </w:p>
        </w:tc>
        <w:tc>
          <w:tcPr>
            <w:tcW w:type="dxa" w:w="3024"/>
            <w:vAlign w:val="center"/>
          </w:tcPr>
          <w:p>
            <w:pPr>
              <w:jc w:val="center"/>
            </w:pPr>
            <w:r/>
            <w:r>
              <w:rPr>
                <w:rFonts w:ascii="Arial" w:hAnsi="Arial" w:eastAsia="Arial"/>
                <w:b w:val="0"/>
                <w:sz w:val="14"/>
              </w:rPr>
              <w:t>Amber/yellow range</w:t>
            </w:r>
          </w:p>
        </w:tc>
      </w:tr>
      <w:tr>
        <w:tc>
          <w:tcPr>
            <w:tcW w:type="dxa" w:w="792"/>
            <w:vAlign w:val="center"/>
          </w:tcPr>
          <w:p>
            <w:pPr>
              <w:jc w:val="center"/>
            </w:pPr>
            <w:r/>
            <w:r>
              <w:rPr>
                <w:rFonts w:ascii="Arial" w:hAnsi="Arial" w:eastAsia="Arial"/>
                <w:b w:val="0"/>
                <w:sz w:val="14"/>
              </w:rPr>
              <w:t>08</w:t>
            </w:r>
          </w:p>
        </w:tc>
        <w:tc>
          <w:tcPr>
            <w:tcW w:type="dxa" w:w="936"/>
            <w:vAlign w:val="center"/>
          </w:tcPr>
          <w:p>
            <w:pPr>
              <w:jc w:val="center"/>
            </w:pPr>
            <w:r/>
            <w:r>
              <w:rPr>
                <w:rFonts w:ascii="Arial" w:hAnsi="Arial" w:eastAsia="Arial"/>
                <w:b w:val="0"/>
                <w:sz w:val="14"/>
              </w:rPr>
              <w:t>0</w:t>
            </w:r>
          </w:p>
        </w:tc>
        <w:tc>
          <w:tcPr>
            <w:tcW w:type="dxa" w:w="936"/>
            <w:vAlign w:val="center"/>
          </w:tcPr>
          <w:p>
            <w:pPr>
              <w:jc w:val="center"/>
            </w:pPr>
            <w:r/>
            <w:r>
              <w:rPr>
                <w:rFonts w:ascii="Arial" w:hAnsi="Arial" w:eastAsia="Arial"/>
                <w:b w:val="0"/>
                <w:sz w:val="14"/>
              </w:rPr>
              <w:t>8</w:t>
            </w:r>
          </w:p>
        </w:tc>
        <w:tc>
          <w:tcPr>
            <w:tcW w:type="dxa" w:w="936"/>
            <w:vAlign w:val="center"/>
          </w:tcPr>
          <w:p>
            <w:pPr>
              <w:jc w:val="center"/>
            </w:pPr>
            <w:r/>
            <w:r>
              <w:rPr>
                <w:rFonts w:ascii="Arial" w:hAnsi="Arial" w:eastAsia="Arial"/>
                <w:b w:val="0"/>
                <w:sz w:val="14"/>
              </w:rPr>
              <w:t>0</w:t>
            </w:r>
          </w:p>
        </w:tc>
        <w:tc>
          <w:tcPr>
            <w:tcW w:type="dxa" w:w="1008"/>
            <w:vAlign w:val="center"/>
          </w:tcPr>
          <w:p>
            <w:pPr>
              <w:jc w:val="center"/>
            </w:pPr>
            <w:r/>
            <w:r>
              <w:rPr>
                <w:rFonts w:ascii="Arial" w:hAnsi="Arial" w:eastAsia="Arial"/>
                <w:b w:val="0"/>
                <w:sz w:val="14"/>
              </w:rPr>
              <w:t>1</w:t>
            </w:r>
          </w:p>
        </w:tc>
        <w:tc>
          <w:tcPr>
            <w:tcW w:type="dxa" w:w="1224"/>
            <w:vAlign w:val="center"/>
          </w:tcPr>
          <w:p>
            <w:pPr>
              <w:jc w:val="center"/>
            </w:pPr>
            <w:r/>
            <w:r>
              <w:rPr>
                <w:rFonts w:ascii="Arial" w:hAnsi="Arial" w:eastAsia="Arial"/>
                <w:b w:val="0"/>
                <w:sz w:val="14"/>
              </w:rPr>
              <w:t>Comparator</w:t>
            </w:r>
          </w:p>
        </w:tc>
        <w:tc>
          <w:tcPr>
            <w:tcW w:type="dxa" w:w="3024"/>
            <w:vAlign w:val="center"/>
          </w:tcPr>
          <w:p>
            <w:pPr>
              <w:jc w:val="center"/>
            </w:pPr>
            <w:r/>
            <w:r>
              <w:rPr>
                <w:rFonts w:ascii="Arial" w:hAnsi="Arial" w:eastAsia="Arial"/>
                <w:b w:val="0"/>
                <w:sz w:val="14"/>
              </w:rPr>
              <w:t>Amber/yellow range</w:t>
            </w:r>
          </w:p>
        </w:tc>
      </w:tr>
      <w:tr>
        <w:tc>
          <w:tcPr>
            <w:tcW w:type="dxa" w:w="792"/>
            <w:vAlign w:val="center"/>
          </w:tcPr>
          <w:p>
            <w:pPr>
              <w:jc w:val="center"/>
            </w:pPr>
            <w:r/>
            <w:r>
              <w:rPr>
                <w:rFonts w:ascii="Arial" w:hAnsi="Arial" w:eastAsia="Arial"/>
                <w:b w:val="0"/>
                <w:sz w:val="14"/>
              </w:rPr>
              <w:t>09</w:t>
            </w:r>
          </w:p>
        </w:tc>
        <w:tc>
          <w:tcPr>
            <w:tcW w:type="dxa" w:w="936"/>
            <w:vAlign w:val="center"/>
          </w:tcPr>
          <w:p>
            <w:pPr>
              <w:jc w:val="center"/>
            </w:pPr>
            <w:r/>
            <w:r>
              <w:rPr>
                <w:rFonts w:ascii="Arial" w:hAnsi="Arial" w:eastAsia="Arial"/>
                <w:b w:val="0"/>
                <w:sz w:val="14"/>
              </w:rPr>
              <w:t>0</w:t>
            </w:r>
          </w:p>
        </w:tc>
        <w:tc>
          <w:tcPr>
            <w:tcW w:type="dxa" w:w="936"/>
            <w:vAlign w:val="center"/>
          </w:tcPr>
          <w:p>
            <w:pPr>
              <w:jc w:val="center"/>
            </w:pPr>
            <w:r/>
            <w:r>
              <w:rPr>
                <w:rFonts w:ascii="Arial" w:hAnsi="Arial" w:eastAsia="Arial"/>
                <w:b w:val="0"/>
                <w:sz w:val="14"/>
              </w:rPr>
              <w:t>9</w:t>
            </w:r>
          </w:p>
        </w:tc>
        <w:tc>
          <w:tcPr>
            <w:tcW w:type="dxa" w:w="936"/>
            <w:vAlign w:val="center"/>
          </w:tcPr>
          <w:p>
            <w:pPr>
              <w:jc w:val="center"/>
            </w:pPr>
            <w:r/>
            <w:r>
              <w:rPr>
                <w:rFonts w:ascii="Arial" w:hAnsi="Arial" w:eastAsia="Arial"/>
                <w:b w:val="0"/>
                <w:sz w:val="14"/>
              </w:rPr>
              <w:t>0</w:t>
            </w:r>
          </w:p>
        </w:tc>
        <w:tc>
          <w:tcPr>
            <w:tcW w:type="dxa" w:w="1008"/>
            <w:vAlign w:val="center"/>
          </w:tcPr>
          <w:p>
            <w:pPr>
              <w:jc w:val="center"/>
            </w:pPr>
            <w:r/>
            <w:r>
              <w:rPr>
                <w:rFonts w:ascii="Arial" w:hAnsi="Arial" w:eastAsia="Arial"/>
                <w:b w:val="0"/>
                <w:sz w:val="14"/>
              </w:rPr>
              <w:t>1</w:t>
            </w:r>
          </w:p>
        </w:tc>
        <w:tc>
          <w:tcPr>
            <w:tcW w:type="dxa" w:w="1224"/>
            <w:vAlign w:val="center"/>
          </w:tcPr>
          <w:p>
            <w:pPr>
              <w:jc w:val="center"/>
            </w:pPr>
            <w:r/>
            <w:r>
              <w:rPr>
                <w:rFonts w:ascii="Arial" w:hAnsi="Arial" w:eastAsia="Arial"/>
                <w:b w:val="0"/>
                <w:sz w:val="14"/>
              </w:rPr>
              <w:t>Comparator</w:t>
            </w:r>
          </w:p>
        </w:tc>
        <w:tc>
          <w:tcPr>
            <w:tcW w:type="dxa" w:w="3024"/>
            <w:vAlign w:val="center"/>
          </w:tcPr>
          <w:p>
            <w:pPr>
              <w:jc w:val="center"/>
            </w:pPr>
            <w:r/>
            <w:r>
              <w:rPr>
                <w:rFonts w:ascii="Arial" w:hAnsi="Arial" w:eastAsia="Arial"/>
                <w:b w:val="0"/>
                <w:sz w:val="14"/>
              </w:rPr>
              <w:t>Amber/yellow range</w:t>
            </w:r>
          </w:p>
        </w:tc>
      </w:tr>
      <w:tr>
        <w:tc>
          <w:tcPr>
            <w:tcW w:type="dxa" w:w="792"/>
            <w:vAlign w:val="center"/>
          </w:tcPr>
          <w:p>
            <w:pPr>
              <w:jc w:val="center"/>
            </w:pPr>
            <w:r/>
            <w:r>
              <w:rPr>
                <w:rFonts w:ascii="Arial" w:hAnsi="Arial" w:eastAsia="Arial"/>
                <w:b w:val="0"/>
                <w:sz w:val="14"/>
              </w:rPr>
              <w:t>10</w:t>
            </w:r>
          </w:p>
        </w:tc>
        <w:tc>
          <w:tcPr>
            <w:tcW w:type="dxa" w:w="936"/>
            <w:vAlign w:val="center"/>
          </w:tcPr>
          <w:p>
            <w:pPr>
              <w:jc w:val="center"/>
            </w:pPr>
            <w:r/>
            <w:r>
              <w:rPr>
                <w:rFonts w:ascii="Arial" w:hAnsi="Arial" w:eastAsia="Arial"/>
                <w:b w:val="0"/>
                <w:sz w:val="14"/>
              </w:rPr>
              <w:t>1</w:t>
            </w:r>
          </w:p>
        </w:tc>
        <w:tc>
          <w:tcPr>
            <w:tcW w:type="dxa" w:w="936"/>
            <w:vAlign w:val="center"/>
          </w:tcPr>
          <w:p>
            <w:pPr>
              <w:jc w:val="center"/>
            </w:pPr>
            <w:r/>
            <w:r>
              <w:rPr>
                <w:rFonts w:ascii="Arial" w:hAnsi="Arial" w:eastAsia="Arial"/>
                <w:b w:val="0"/>
                <w:sz w:val="14"/>
              </w:rPr>
              <w:t>0</w:t>
            </w:r>
          </w:p>
        </w:tc>
        <w:tc>
          <w:tcPr>
            <w:tcW w:type="dxa" w:w="936"/>
            <w:vAlign w:val="center"/>
          </w:tcPr>
          <w:p>
            <w:pPr>
              <w:jc w:val="center"/>
            </w:pPr>
            <w:r/>
            <w:r>
              <w:rPr>
                <w:rFonts w:ascii="Arial" w:hAnsi="Arial" w:eastAsia="Arial"/>
                <w:b w:val="0"/>
                <w:sz w:val="14"/>
              </w:rPr>
              <w:t>0</w:t>
            </w:r>
          </w:p>
        </w:tc>
        <w:tc>
          <w:tcPr>
            <w:tcW w:type="dxa" w:w="1008"/>
            <w:vAlign w:val="center"/>
          </w:tcPr>
          <w:p>
            <w:pPr>
              <w:jc w:val="center"/>
            </w:pPr>
            <w:r/>
            <w:r>
              <w:rPr>
                <w:rFonts w:ascii="Arial" w:hAnsi="Arial" w:eastAsia="Arial"/>
                <w:b w:val="0"/>
                <w:sz w:val="14"/>
              </w:rPr>
              <w:t>0</w:t>
            </w:r>
          </w:p>
        </w:tc>
        <w:tc>
          <w:tcPr>
            <w:tcW w:type="dxa" w:w="1224"/>
            <w:vAlign w:val="center"/>
          </w:tcPr>
          <w:p>
            <w:pPr>
              <w:jc w:val="center"/>
            </w:pPr>
            <w:r/>
            <w:r>
              <w:rPr>
                <w:rFonts w:ascii="Arial" w:hAnsi="Arial" w:eastAsia="Arial"/>
                <w:b w:val="0"/>
                <w:sz w:val="14"/>
              </w:rPr>
              <w:t>Comparator</w:t>
            </w:r>
          </w:p>
        </w:tc>
        <w:tc>
          <w:tcPr>
            <w:tcW w:type="dxa" w:w="3024"/>
            <w:vAlign w:val="center"/>
          </w:tcPr>
          <w:p>
            <w:pPr>
              <w:jc w:val="center"/>
            </w:pPr>
            <w:r/>
            <w:r>
              <w:rPr>
                <w:rFonts w:ascii="Arial" w:hAnsi="Arial" w:eastAsia="Arial"/>
                <w:b w:val="0"/>
                <w:sz w:val="14"/>
              </w:rPr>
              <w:t>Maximum speed displayed</w:t>
            </w:r>
          </w:p>
        </w:tc>
      </w:tr>
    </w:tbl>
    <w:p/>
    <w:p>
      <w:r>
        <w:br w:type="page"/>
      </w:r>
    </w:p>
    <w:p>
      <w:pPr>
        <w:pStyle w:val="Heading2"/>
      </w:pPr>
      <w:r>
        <w:rPr>
          <w:b w:val="0"/>
        </w:rPr>
        <w:t>2.4. Stage 4: Development and solution of relevant alarms/indicators/displays of the system</w:t>
      </w:r>
    </w:p>
    <w:p>
      <w:r>
        <w:rPr>
          <w:b w:val="0"/>
        </w:rPr>
        <w:t>The visual indicator stage uses green, yellow and red LEDs. The green LED represents the lower speed range from 00 to 05. The yellow LED represents the higher range from 06 to 09. The red LED is not controlled directly by the range logic; it is controlled by the comparator and flashes when the selected cruise speed has been reached or exceeded.</w:t>
      </w:r>
    </w:p>
    <w:p>
      <w:r>
        <w:rPr>
          <w:b w:val="0"/>
        </w:rPr>
        <w:t>Equation 1 gives the yellow range condition formed from the CD40110 segment logic terms.</w:t>
      </w:r>
    </w:p>
    <w:p>
      <w:pPr>
        <w:pStyle w:val="SmallText"/>
      </w:pPr>
      <w:r>
        <w:rPr>
          <w:b w:val="0"/>
        </w:rPr>
        <w:t>Yellow = Y1 + Y2 + Y3, where Y1 = A.NOT D, Y2 = E.F.G, and Y3 = A.B.F.G</w:t>
      </w:r>
    </w:p>
    <w:p>
      <w:r>
        <w:rPr>
          <w:b w:val="0"/>
        </w:rPr>
        <w:t>Equation 2 shows the corrected green output. The T10 signal is active when the ten-display state reaches 10.</w:t>
      </w:r>
    </w:p>
    <w:p>
      <w:pPr>
        <w:pStyle w:val="SmallText"/>
      </w:pPr>
      <w:r>
        <w:rPr>
          <w:b w:val="0"/>
        </w:rPr>
        <w:t>Green = (NOT Yellow) XOR T10</w:t>
      </w:r>
    </w:p>
    <w:p>
      <w:r>
        <w:rPr>
          <w:b w:val="0"/>
        </w:rPr>
        <w:t>The LED logic truth table is shown in Table 6. It demonstrates that the XOR correction forces the green LED OFF when the maximum speed 10 is displayed.</w:t>
      </w:r>
    </w:p>
    <w:p>
      <w:pPr>
        <w:pStyle w:val="TableTitle"/>
      </w:pPr>
      <w:r>
        <w:rPr>
          <w:b w:val="0"/>
        </w:rPr>
        <w:t>Table 6: Green/yellow LED logic truth table</w:t>
      </w:r>
    </w:p>
    <w:tbl>
      <w:tblPr>
        <w:tblStyle w:val="TableGrid"/>
        <w:tblW w:type="auto" w:w="0"/>
        <w:jc w:val="center"/>
        <w:tblLook w:firstColumn="1" w:firstRow="1" w:lastColumn="0" w:lastRow="0" w:noHBand="0" w:noVBand="1" w:val="04A0"/>
      </w:tblPr>
      <w:tblGrid>
        <w:gridCol w:w="1393"/>
        <w:gridCol w:w="1393"/>
        <w:gridCol w:w="1393"/>
        <w:gridCol w:w="1393"/>
        <w:gridCol w:w="1393"/>
        <w:gridCol w:w="1393"/>
        <w:gridCol w:w="1393"/>
      </w:tblGrid>
      <w:tr>
        <w:tc>
          <w:tcPr>
            <w:tcW w:type="dxa" w:w="936"/>
            <w:vAlign w:val="center"/>
            <w:shd w:fill="1F4E79"/>
          </w:tcPr>
          <w:p>
            <w:pPr>
              <w:jc w:val="center"/>
            </w:pPr>
            <w:r/>
            <w:r>
              <w:rPr>
                <w:rFonts w:ascii="Arial" w:hAnsi="Arial" w:eastAsia="Arial"/>
                <w:b/>
                <w:color w:val="FFFFFF"/>
                <w:sz w:val="15"/>
              </w:rPr>
              <w:t>Speed</w:t>
            </w:r>
          </w:p>
        </w:tc>
        <w:tc>
          <w:tcPr>
            <w:tcW w:type="dxa" w:w="720"/>
            <w:vAlign w:val="center"/>
            <w:shd w:fill="1F4E79"/>
          </w:tcPr>
          <w:p>
            <w:pPr>
              <w:jc w:val="center"/>
            </w:pPr>
            <w:r/>
            <w:r>
              <w:rPr>
                <w:rFonts w:ascii="Arial" w:hAnsi="Arial" w:eastAsia="Arial"/>
                <w:b/>
                <w:color w:val="FFFFFF"/>
                <w:sz w:val="15"/>
              </w:rPr>
              <w:t>T10</w:t>
            </w:r>
          </w:p>
        </w:tc>
        <w:tc>
          <w:tcPr>
            <w:tcW w:type="dxa" w:w="1080"/>
            <w:vAlign w:val="center"/>
            <w:shd w:fill="1F4E79"/>
          </w:tcPr>
          <w:p>
            <w:pPr>
              <w:jc w:val="center"/>
            </w:pPr>
            <w:r/>
            <w:r>
              <w:rPr>
                <w:rFonts w:ascii="Arial" w:hAnsi="Arial" w:eastAsia="Arial"/>
                <w:b/>
                <w:color w:val="FFFFFF"/>
                <w:sz w:val="15"/>
              </w:rPr>
              <w:t>Unit digit</w:t>
            </w:r>
          </w:p>
        </w:tc>
        <w:tc>
          <w:tcPr>
            <w:tcW w:type="dxa" w:w="936"/>
            <w:vAlign w:val="center"/>
            <w:shd w:fill="1F4E79"/>
          </w:tcPr>
          <w:p>
            <w:pPr>
              <w:jc w:val="center"/>
            </w:pPr>
            <w:r/>
            <w:r>
              <w:rPr>
                <w:rFonts w:ascii="Arial" w:hAnsi="Arial" w:eastAsia="Arial"/>
                <w:b/>
                <w:color w:val="FFFFFF"/>
                <w:sz w:val="15"/>
              </w:rPr>
              <w:t>Yellow</w:t>
            </w:r>
          </w:p>
        </w:tc>
        <w:tc>
          <w:tcPr>
            <w:tcW w:type="dxa" w:w="1152"/>
            <w:vAlign w:val="center"/>
            <w:shd w:fill="1F4E79"/>
          </w:tcPr>
          <w:p>
            <w:pPr>
              <w:jc w:val="center"/>
            </w:pPr>
            <w:r/>
            <w:r>
              <w:rPr>
                <w:rFonts w:ascii="Arial" w:hAnsi="Arial" w:eastAsia="Arial"/>
                <w:b/>
                <w:color w:val="FFFFFF"/>
                <w:sz w:val="15"/>
              </w:rPr>
              <w:t>Raw Green</w:t>
            </w:r>
          </w:p>
        </w:tc>
        <w:tc>
          <w:tcPr>
            <w:tcW w:type="dxa" w:w="1728"/>
            <w:vAlign w:val="center"/>
            <w:shd w:fill="1F4E79"/>
          </w:tcPr>
          <w:p>
            <w:pPr>
              <w:jc w:val="center"/>
            </w:pPr>
            <w:r/>
            <w:r>
              <w:rPr>
                <w:rFonts w:ascii="Arial" w:hAnsi="Arial" w:eastAsia="Arial"/>
                <w:b/>
                <w:color w:val="FFFFFF"/>
                <w:sz w:val="15"/>
              </w:rPr>
              <w:t>Corrected Green</w:t>
            </w:r>
          </w:p>
        </w:tc>
        <w:tc>
          <w:tcPr>
            <w:tcW w:type="dxa" w:w="2880"/>
            <w:vAlign w:val="center"/>
            <w:shd w:fill="1F4E79"/>
          </w:tcPr>
          <w:p>
            <w:pPr>
              <w:jc w:val="center"/>
            </w:pPr>
            <w:r/>
            <w:r>
              <w:rPr>
                <w:rFonts w:ascii="Arial" w:hAnsi="Arial" w:eastAsia="Arial"/>
                <w:b/>
                <w:color w:val="FFFFFF"/>
                <w:sz w:val="15"/>
              </w:rPr>
              <w:t>Result</w:t>
            </w:r>
          </w:p>
        </w:tc>
      </w:tr>
      <w:tr>
        <w:tc>
          <w:tcPr>
            <w:tcW w:type="dxa" w:w="936"/>
            <w:vAlign w:val="center"/>
          </w:tcPr>
          <w:p>
            <w:pPr>
              <w:jc w:val="center"/>
            </w:pPr>
            <w:r/>
            <w:r>
              <w:rPr>
                <w:rFonts w:ascii="Arial" w:hAnsi="Arial" w:eastAsia="Arial"/>
                <w:b w:val="0"/>
                <w:sz w:val="15"/>
              </w:rPr>
              <w:t>00</w:t>
            </w:r>
          </w:p>
        </w:tc>
        <w:tc>
          <w:tcPr>
            <w:tcW w:type="dxa" w:w="720"/>
            <w:vAlign w:val="center"/>
          </w:tcPr>
          <w:p>
            <w:pPr>
              <w:jc w:val="center"/>
            </w:pPr>
            <w:r/>
            <w:r>
              <w:rPr>
                <w:rFonts w:ascii="Arial" w:hAnsi="Arial" w:eastAsia="Arial"/>
                <w:b w:val="0"/>
                <w:sz w:val="15"/>
              </w:rPr>
              <w:t>0</w:t>
            </w:r>
          </w:p>
        </w:tc>
        <w:tc>
          <w:tcPr>
            <w:tcW w:type="dxa" w:w="1080"/>
            <w:vAlign w:val="center"/>
          </w:tcPr>
          <w:p>
            <w:pPr>
              <w:jc w:val="center"/>
            </w:pPr>
            <w:r/>
            <w:r>
              <w:rPr>
                <w:rFonts w:ascii="Arial" w:hAnsi="Arial" w:eastAsia="Arial"/>
                <w:b w:val="0"/>
                <w:sz w:val="15"/>
              </w:rPr>
              <w:t>0</w:t>
            </w:r>
          </w:p>
        </w:tc>
        <w:tc>
          <w:tcPr>
            <w:tcW w:type="dxa" w:w="936"/>
            <w:vAlign w:val="center"/>
          </w:tcPr>
          <w:p>
            <w:pPr>
              <w:jc w:val="center"/>
            </w:pPr>
            <w:r/>
            <w:r>
              <w:rPr>
                <w:rFonts w:ascii="Arial" w:hAnsi="Arial" w:eastAsia="Arial"/>
                <w:b w:val="0"/>
                <w:sz w:val="15"/>
              </w:rPr>
              <w:t>0</w:t>
            </w:r>
          </w:p>
        </w:tc>
        <w:tc>
          <w:tcPr>
            <w:tcW w:type="dxa" w:w="1152"/>
            <w:vAlign w:val="center"/>
          </w:tcPr>
          <w:p>
            <w:pPr>
              <w:jc w:val="center"/>
            </w:pPr>
            <w:r/>
            <w:r>
              <w:rPr>
                <w:rFonts w:ascii="Arial" w:hAnsi="Arial" w:eastAsia="Arial"/>
                <w:b w:val="0"/>
                <w:sz w:val="15"/>
              </w:rPr>
              <w:t>1</w:t>
            </w:r>
          </w:p>
        </w:tc>
        <w:tc>
          <w:tcPr>
            <w:tcW w:type="dxa" w:w="1728"/>
            <w:vAlign w:val="center"/>
          </w:tcPr>
          <w:p>
            <w:pPr>
              <w:jc w:val="center"/>
            </w:pPr>
            <w:r/>
            <w:r>
              <w:rPr>
                <w:rFonts w:ascii="Arial" w:hAnsi="Arial" w:eastAsia="Arial"/>
                <w:b w:val="0"/>
                <w:sz w:val="15"/>
              </w:rPr>
              <w:t>1</w:t>
            </w:r>
          </w:p>
        </w:tc>
        <w:tc>
          <w:tcPr>
            <w:tcW w:type="dxa" w:w="2880"/>
            <w:vAlign w:val="center"/>
          </w:tcPr>
          <w:p>
            <w:pPr>
              <w:jc w:val="center"/>
            </w:pPr>
            <w:r/>
            <w:r>
              <w:rPr>
                <w:rFonts w:ascii="Arial" w:hAnsi="Arial" w:eastAsia="Arial"/>
                <w:b w:val="0"/>
                <w:sz w:val="15"/>
              </w:rPr>
              <w:t>Green ON</w:t>
            </w:r>
          </w:p>
        </w:tc>
      </w:tr>
      <w:tr>
        <w:tc>
          <w:tcPr>
            <w:tcW w:type="dxa" w:w="936"/>
            <w:vAlign w:val="center"/>
          </w:tcPr>
          <w:p>
            <w:pPr>
              <w:jc w:val="center"/>
            </w:pPr>
            <w:r/>
            <w:r>
              <w:rPr>
                <w:rFonts w:ascii="Arial" w:hAnsi="Arial" w:eastAsia="Arial"/>
                <w:b w:val="0"/>
                <w:sz w:val="15"/>
              </w:rPr>
              <w:t>01</w:t>
            </w:r>
          </w:p>
        </w:tc>
        <w:tc>
          <w:tcPr>
            <w:tcW w:type="dxa" w:w="720"/>
            <w:vAlign w:val="center"/>
          </w:tcPr>
          <w:p>
            <w:pPr>
              <w:jc w:val="center"/>
            </w:pPr>
            <w:r/>
            <w:r>
              <w:rPr>
                <w:rFonts w:ascii="Arial" w:hAnsi="Arial" w:eastAsia="Arial"/>
                <w:b w:val="0"/>
                <w:sz w:val="15"/>
              </w:rPr>
              <w:t>0</w:t>
            </w:r>
          </w:p>
        </w:tc>
        <w:tc>
          <w:tcPr>
            <w:tcW w:type="dxa" w:w="1080"/>
            <w:vAlign w:val="center"/>
          </w:tcPr>
          <w:p>
            <w:pPr>
              <w:jc w:val="center"/>
            </w:pPr>
            <w:r/>
            <w:r>
              <w:rPr>
                <w:rFonts w:ascii="Arial" w:hAnsi="Arial" w:eastAsia="Arial"/>
                <w:b w:val="0"/>
                <w:sz w:val="15"/>
              </w:rPr>
              <w:t>1</w:t>
            </w:r>
          </w:p>
        </w:tc>
        <w:tc>
          <w:tcPr>
            <w:tcW w:type="dxa" w:w="936"/>
            <w:vAlign w:val="center"/>
          </w:tcPr>
          <w:p>
            <w:pPr>
              <w:jc w:val="center"/>
            </w:pPr>
            <w:r/>
            <w:r>
              <w:rPr>
                <w:rFonts w:ascii="Arial" w:hAnsi="Arial" w:eastAsia="Arial"/>
                <w:b w:val="0"/>
                <w:sz w:val="15"/>
              </w:rPr>
              <w:t>0</w:t>
            </w:r>
          </w:p>
        </w:tc>
        <w:tc>
          <w:tcPr>
            <w:tcW w:type="dxa" w:w="1152"/>
            <w:vAlign w:val="center"/>
          </w:tcPr>
          <w:p>
            <w:pPr>
              <w:jc w:val="center"/>
            </w:pPr>
            <w:r/>
            <w:r>
              <w:rPr>
                <w:rFonts w:ascii="Arial" w:hAnsi="Arial" w:eastAsia="Arial"/>
                <w:b w:val="0"/>
                <w:sz w:val="15"/>
              </w:rPr>
              <w:t>1</w:t>
            </w:r>
          </w:p>
        </w:tc>
        <w:tc>
          <w:tcPr>
            <w:tcW w:type="dxa" w:w="1728"/>
            <w:vAlign w:val="center"/>
          </w:tcPr>
          <w:p>
            <w:pPr>
              <w:jc w:val="center"/>
            </w:pPr>
            <w:r/>
            <w:r>
              <w:rPr>
                <w:rFonts w:ascii="Arial" w:hAnsi="Arial" w:eastAsia="Arial"/>
                <w:b w:val="0"/>
                <w:sz w:val="15"/>
              </w:rPr>
              <w:t>1</w:t>
            </w:r>
          </w:p>
        </w:tc>
        <w:tc>
          <w:tcPr>
            <w:tcW w:type="dxa" w:w="2880"/>
            <w:vAlign w:val="center"/>
          </w:tcPr>
          <w:p>
            <w:pPr>
              <w:jc w:val="center"/>
            </w:pPr>
            <w:r/>
            <w:r>
              <w:rPr>
                <w:rFonts w:ascii="Arial" w:hAnsi="Arial" w:eastAsia="Arial"/>
                <w:b w:val="0"/>
                <w:sz w:val="15"/>
              </w:rPr>
              <w:t>Green ON</w:t>
            </w:r>
          </w:p>
        </w:tc>
      </w:tr>
      <w:tr>
        <w:tc>
          <w:tcPr>
            <w:tcW w:type="dxa" w:w="936"/>
            <w:vAlign w:val="center"/>
          </w:tcPr>
          <w:p>
            <w:pPr>
              <w:jc w:val="center"/>
            </w:pPr>
            <w:r/>
            <w:r>
              <w:rPr>
                <w:rFonts w:ascii="Arial" w:hAnsi="Arial" w:eastAsia="Arial"/>
                <w:b w:val="0"/>
                <w:sz w:val="15"/>
              </w:rPr>
              <w:t>02</w:t>
            </w:r>
          </w:p>
        </w:tc>
        <w:tc>
          <w:tcPr>
            <w:tcW w:type="dxa" w:w="720"/>
            <w:vAlign w:val="center"/>
          </w:tcPr>
          <w:p>
            <w:pPr>
              <w:jc w:val="center"/>
            </w:pPr>
            <w:r/>
            <w:r>
              <w:rPr>
                <w:rFonts w:ascii="Arial" w:hAnsi="Arial" w:eastAsia="Arial"/>
                <w:b w:val="0"/>
                <w:sz w:val="15"/>
              </w:rPr>
              <w:t>0</w:t>
            </w:r>
          </w:p>
        </w:tc>
        <w:tc>
          <w:tcPr>
            <w:tcW w:type="dxa" w:w="1080"/>
            <w:vAlign w:val="center"/>
          </w:tcPr>
          <w:p>
            <w:pPr>
              <w:jc w:val="center"/>
            </w:pPr>
            <w:r/>
            <w:r>
              <w:rPr>
                <w:rFonts w:ascii="Arial" w:hAnsi="Arial" w:eastAsia="Arial"/>
                <w:b w:val="0"/>
                <w:sz w:val="15"/>
              </w:rPr>
              <w:t>2</w:t>
            </w:r>
          </w:p>
        </w:tc>
        <w:tc>
          <w:tcPr>
            <w:tcW w:type="dxa" w:w="936"/>
            <w:vAlign w:val="center"/>
          </w:tcPr>
          <w:p>
            <w:pPr>
              <w:jc w:val="center"/>
            </w:pPr>
            <w:r/>
            <w:r>
              <w:rPr>
                <w:rFonts w:ascii="Arial" w:hAnsi="Arial" w:eastAsia="Arial"/>
                <w:b w:val="0"/>
                <w:sz w:val="15"/>
              </w:rPr>
              <w:t>0</w:t>
            </w:r>
          </w:p>
        </w:tc>
        <w:tc>
          <w:tcPr>
            <w:tcW w:type="dxa" w:w="1152"/>
            <w:vAlign w:val="center"/>
          </w:tcPr>
          <w:p>
            <w:pPr>
              <w:jc w:val="center"/>
            </w:pPr>
            <w:r/>
            <w:r>
              <w:rPr>
                <w:rFonts w:ascii="Arial" w:hAnsi="Arial" w:eastAsia="Arial"/>
                <w:b w:val="0"/>
                <w:sz w:val="15"/>
              </w:rPr>
              <w:t>1</w:t>
            </w:r>
          </w:p>
        </w:tc>
        <w:tc>
          <w:tcPr>
            <w:tcW w:type="dxa" w:w="1728"/>
            <w:vAlign w:val="center"/>
          </w:tcPr>
          <w:p>
            <w:pPr>
              <w:jc w:val="center"/>
            </w:pPr>
            <w:r/>
            <w:r>
              <w:rPr>
                <w:rFonts w:ascii="Arial" w:hAnsi="Arial" w:eastAsia="Arial"/>
                <w:b w:val="0"/>
                <w:sz w:val="15"/>
              </w:rPr>
              <w:t>1</w:t>
            </w:r>
          </w:p>
        </w:tc>
        <w:tc>
          <w:tcPr>
            <w:tcW w:type="dxa" w:w="2880"/>
            <w:vAlign w:val="center"/>
          </w:tcPr>
          <w:p>
            <w:pPr>
              <w:jc w:val="center"/>
            </w:pPr>
            <w:r/>
            <w:r>
              <w:rPr>
                <w:rFonts w:ascii="Arial" w:hAnsi="Arial" w:eastAsia="Arial"/>
                <w:b w:val="0"/>
                <w:sz w:val="15"/>
              </w:rPr>
              <w:t>Green ON</w:t>
            </w:r>
          </w:p>
        </w:tc>
      </w:tr>
      <w:tr>
        <w:tc>
          <w:tcPr>
            <w:tcW w:type="dxa" w:w="936"/>
            <w:vAlign w:val="center"/>
          </w:tcPr>
          <w:p>
            <w:pPr>
              <w:jc w:val="center"/>
            </w:pPr>
            <w:r/>
            <w:r>
              <w:rPr>
                <w:rFonts w:ascii="Arial" w:hAnsi="Arial" w:eastAsia="Arial"/>
                <w:b w:val="0"/>
                <w:sz w:val="15"/>
              </w:rPr>
              <w:t>03</w:t>
            </w:r>
          </w:p>
        </w:tc>
        <w:tc>
          <w:tcPr>
            <w:tcW w:type="dxa" w:w="720"/>
            <w:vAlign w:val="center"/>
          </w:tcPr>
          <w:p>
            <w:pPr>
              <w:jc w:val="center"/>
            </w:pPr>
            <w:r/>
            <w:r>
              <w:rPr>
                <w:rFonts w:ascii="Arial" w:hAnsi="Arial" w:eastAsia="Arial"/>
                <w:b w:val="0"/>
                <w:sz w:val="15"/>
              </w:rPr>
              <w:t>0</w:t>
            </w:r>
          </w:p>
        </w:tc>
        <w:tc>
          <w:tcPr>
            <w:tcW w:type="dxa" w:w="1080"/>
            <w:vAlign w:val="center"/>
          </w:tcPr>
          <w:p>
            <w:pPr>
              <w:jc w:val="center"/>
            </w:pPr>
            <w:r/>
            <w:r>
              <w:rPr>
                <w:rFonts w:ascii="Arial" w:hAnsi="Arial" w:eastAsia="Arial"/>
                <w:b w:val="0"/>
                <w:sz w:val="15"/>
              </w:rPr>
              <w:t>3</w:t>
            </w:r>
          </w:p>
        </w:tc>
        <w:tc>
          <w:tcPr>
            <w:tcW w:type="dxa" w:w="936"/>
            <w:vAlign w:val="center"/>
          </w:tcPr>
          <w:p>
            <w:pPr>
              <w:jc w:val="center"/>
            </w:pPr>
            <w:r/>
            <w:r>
              <w:rPr>
                <w:rFonts w:ascii="Arial" w:hAnsi="Arial" w:eastAsia="Arial"/>
                <w:b w:val="0"/>
                <w:sz w:val="15"/>
              </w:rPr>
              <w:t>0</w:t>
            </w:r>
          </w:p>
        </w:tc>
        <w:tc>
          <w:tcPr>
            <w:tcW w:type="dxa" w:w="1152"/>
            <w:vAlign w:val="center"/>
          </w:tcPr>
          <w:p>
            <w:pPr>
              <w:jc w:val="center"/>
            </w:pPr>
            <w:r/>
            <w:r>
              <w:rPr>
                <w:rFonts w:ascii="Arial" w:hAnsi="Arial" w:eastAsia="Arial"/>
                <w:b w:val="0"/>
                <w:sz w:val="15"/>
              </w:rPr>
              <w:t>1</w:t>
            </w:r>
          </w:p>
        </w:tc>
        <w:tc>
          <w:tcPr>
            <w:tcW w:type="dxa" w:w="1728"/>
            <w:vAlign w:val="center"/>
          </w:tcPr>
          <w:p>
            <w:pPr>
              <w:jc w:val="center"/>
            </w:pPr>
            <w:r/>
            <w:r>
              <w:rPr>
                <w:rFonts w:ascii="Arial" w:hAnsi="Arial" w:eastAsia="Arial"/>
                <w:b w:val="0"/>
                <w:sz w:val="15"/>
              </w:rPr>
              <w:t>1</w:t>
            </w:r>
          </w:p>
        </w:tc>
        <w:tc>
          <w:tcPr>
            <w:tcW w:type="dxa" w:w="2880"/>
            <w:vAlign w:val="center"/>
          </w:tcPr>
          <w:p>
            <w:pPr>
              <w:jc w:val="center"/>
            </w:pPr>
            <w:r/>
            <w:r>
              <w:rPr>
                <w:rFonts w:ascii="Arial" w:hAnsi="Arial" w:eastAsia="Arial"/>
                <w:b w:val="0"/>
                <w:sz w:val="15"/>
              </w:rPr>
              <w:t>Green ON</w:t>
            </w:r>
          </w:p>
        </w:tc>
      </w:tr>
      <w:tr>
        <w:tc>
          <w:tcPr>
            <w:tcW w:type="dxa" w:w="936"/>
            <w:vAlign w:val="center"/>
          </w:tcPr>
          <w:p>
            <w:pPr>
              <w:jc w:val="center"/>
            </w:pPr>
            <w:r/>
            <w:r>
              <w:rPr>
                <w:rFonts w:ascii="Arial" w:hAnsi="Arial" w:eastAsia="Arial"/>
                <w:b w:val="0"/>
                <w:sz w:val="15"/>
              </w:rPr>
              <w:t>04</w:t>
            </w:r>
          </w:p>
        </w:tc>
        <w:tc>
          <w:tcPr>
            <w:tcW w:type="dxa" w:w="720"/>
            <w:vAlign w:val="center"/>
          </w:tcPr>
          <w:p>
            <w:pPr>
              <w:jc w:val="center"/>
            </w:pPr>
            <w:r/>
            <w:r>
              <w:rPr>
                <w:rFonts w:ascii="Arial" w:hAnsi="Arial" w:eastAsia="Arial"/>
                <w:b w:val="0"/>
                <w:sz w:val="15"/>
              </w:rPr>
              <w:t>0</w:t>
            </w:r>
          </w:p>
        </w:tc>
        <w:tc>
          <w:tcPr>
            <w:tcW w:type="dxa" w:w="1080"/>
            <w:vAlign w:val="center"/>
          </w:tcPr>
          <w:p>
            <w:pPr>
              <w:jc w:val="center"/>
            </w:pPr>
            <w:r/>
            <w:r>
              <w:rPr>
                <w:rFonts w:ascii="Arial" w:hAnsi="Arial" w:eastAsia="Arial"/>
                <w:b w:val="0"/>
                <w:sz w:val="15"/>
              </w:rPr>
              <w:t>4</w:t>
            </w:r>
          </w:p>
        </w:tc>
        <w:tc>
          <w:tcPr>
            <w:tcW w:type="dxa" w:w="936"/>
            <w:vAlign w:val="center"/>
          </w:tcPr>
          <w:p>
            <w:pPr>
              <w:jc w:val="center"/>
            </w:pPr>
            <w:r/>
            <w:r>
              <w:rPr>
                <w:rFonts w:ascii="Arial" w:hAnsi="Arial" w:eastAsia="Arial"/>
                <w:b w:val="0"/>
                <w:sz w:val="15"/>
              </w:rPr>
              <w:t>0</w:t>
            </w:r>
          </w:p>
        </w:tc>
        <w:tc>
          <w:tcPr>
            <w:tcW w:type="dxa" w:w="1152"/>
            <w:vAlign w:val="center"/>
          </w:tcPr>
          <w:p>
            <w:pPr>
              <w:jc w:val="center"/>
            </w:pPr>
            <w:r/>
            <w:r>
              <w:rPr>
                <w:rFonts w:ascii="Arial" w:hAnsi="Arial" w:eastAsia="Arial"/>
                <w:b w:val="0"/>
                <w:sz w:val="15"/>
              </w:rPr>
              <w:t>1</w:t>
            </w:r>
          </w:p>
        </w:tc>
        <w:tc>
          <w:tcPr>
            <w:tcW w:type="dxa" w:w="1728"/>
            <w:vAlign w:val="center"/>
          </w:tcPr>
          <w:p>
            <w:pPr>
              <w:jc w:val="center"/>
            </w:pPr>
            <w:r/>
            <w:r>
              <w:rPr>
                <w:rFonts w:ascii="Arial" w:hAnsi="Arial" w:eastAsia="Arial"/>
                <w:b w:val="0"/>
                <w:sz w:val="15"/>
              </w:rPr>
              <w:t>1</w:t>
            </w:r>
          </w:p>
        </w:tc>
        <w:tc>
          <w:tcPr>
            <w:tcW w:type="dxa" w:w="2880"/>
            <w:vAlign w:val="center"/>
          </w:tcPr>
          <w:p>
            <w:pPr>
              <w:jc w:val="center"/>
            </w:pPr>
            <w:r/>
            <w:r>
              <w:rPr>
                <w:rFonts w:ascii="Arial" w:hAnsi="Arial" w:eastAsia="Arial"/>
                <w:b w:val="0"/>
                <w:sz w:val="15"/>
              </w:rPr>
              <w:t>Green ON</w:t>
            </w:r>
          </w:p>
        </w:tc>
      </w:tr>
      <w:tr>
        <w:tc>
          <w:tcPr>
            <w:tcW w:type="dxa" w:w="936"/>
            <w:vAlign w:val="center"/>
          </w:tcPr>
          <w:p>
            <w:pPr>
              <w:jc w:val="center"/>
            </w:pPr>
            <w:r/>
            <w:r>
              <w:rPr>
                <w:rFonts w:ascii="Arial" w:hAnsi="Arial" w:eastAsia="Arial"/>
                <w:b w:val="0"/>
                <w:sz w:val="15"/>
              </w:rPr>
              <w:t>05</w:t>
            </w:r>
          </w:p>
        </w:tc>
        <w:tc>
          <w:tcPr>
            <w:tcW w:type="dxa" w:w="720"/>
            <w:vAlign w:val="center"/>
          </w:tcPr>
          <w:p>
            <w:pPr>
              <w:jc w:val="center"/>
            </w:pPr>
            <w:r/>
            <w:r>
              <w:rPr>
                <w:rFonts w:ascii="Arial" w:hAnsi="Arial" w:eastAsia="Arial"/>
                <w:b w:val="0"/>
                <w:sz w:val="15"/>
              </w:rPr>
              <w:t>0</w:t>
            </w:r>
          </w:p>
        </w:tc>
        <w:tc>
          <w:tcPr>
            <w:tcW w:type="dxa" w:w="1080"/>
            <w:vAlign w:val="center"/>
          </w:tcPr>
          <w:p>
            <w:pPr>
              <w:jc w:val="center"/>
            </w:pPr>
            <w:r/>
            <w:r>
              <w:rPr>
                <w:rFonts w:ascii="Arial" w:hAnsi="Arial" w:eastAsia="Arial"/>
                <w:b w:val="0"/>
                <w:sz w:val="15"/>
              </w:rPr>
              <w:t>5</w:t>
            </w:r>
          </w:p>
        </w:tc>
        <w:tc>
          <w:tcPr>
            <w:tcW w:type="dxa" w:w="936"/>
            <w:vAlign w:val="center"/>
          </w:tcPr>
          <w:p>
            <w:pPr>
              <w:jc w:val="center"/>
            </w:pPr>
            <w:r/>
            <w:r>
              <w:rPr>
                <w:rFonts w:ascii="Arial" w:hAnsi="Arial" w:eastAsia="Arial"/>
                <w:b w:val="0"/>
                <w:sz w:val="15"/>
              </w:rPr>
              <w:t>0</w:t>
            </w:r>
          </w:p>
        </w:tc>
        <w:tc>
          <w:tcPr>
            <w:tcW w:type="dxa" w:w="1152"/>
            <w:vAlign w:val="center"/>
          </w:tcPr>
          <w:p>
            <w:pPr>
              <w:jc w:val="center"/>
            </w:pPr>
            <w:r/>
            <w:r>
              <w:rPr>
                <w:rFonts w:ascii="Arial" w:hAnsi="Arial" w:eastAsia="Arial"/>
                <w:b w:val="0"/>
                <w:sz w:val="15"/>
              </w:rPr>
              <w:t>1</w:t>
            </w:r>
          </w:p>
        </w:tc>
        <w:tc>
          <w:tcPr>
            <w:tcW w:type="dxa" w:w="1728"/>
            <w:vAlign w:val="center"/>
          </w:tcPr>
          <w:p>
            <w:pPr>
              <w:jc w:val="center"/>
            </w:pPr>
            <w:r/>
            <w:r>
              <w:rPr>
                <w:rFonts w:ascii="Arial" w:hAnsi="Arial" w:eastAsia="Arial"/>
                <w:b w:val="0"/>
                <w:sz w:val="15"/>
              </w:rPr>
              <w:t>1</w:t>
            </w:r>
          </w:p>
        </w:tc>
        <w:tc>
          <w:tcPr>
            <w:tcW w:type="dxa" w:w="2880"/>
            <w:vAlign w:val="center"/>
          </w:tcPr>
          <w:p>
            <w:pPr>
              <w:jc w:val="center"/>
            </w:pPr>
            <w:r/>
            <w:r>
              <w:rPr>
                <w:rFonts w:ascii="Arial" w:hAnsi="Arial" w:eastAsia="Arial"/>
                <w:b w:val="0"/>
                <w:sz w:val="15"/>
              </w:rPr>
              <w:t>Green ON</w:t>
            </w:r>
          </w:p>
        </w:tc>
      </w:tr>
      <w:tr>
        <w:tc>
          <w:tcPr>
            <w:tcW w:type="dxa" w:w="936"/>
            <w:vAlign w:val="center"/>
          </w:tcPr>
          <w:p>
            <w:pPr>
              <w:jc w:val="center"/>
            </w:pPr>
            <w:r/>
            <w:r>
              <w:rPr>
                <w:rFonts w:ascii="Arial" w:hAnsi="Arial" w:eastAsia="Arial"/>
                <w:b w:val="0"/>
                <w:sz w:val="15"/>
              </w:rPr>
              <w:t>06</w:t>
            </w:r>
          </w:p>
        </w:tc>
        <w:tc>
          <w:tcPr>
            <w:tcW w:type="dxa" w:w="720"/>
            <w:vAlign w:val="center"/>
          </w:tcPr>
          <w:p>
            <w:pPr>
              <w:jc w:val="center"/>
            </w:pPr>
            <w:r/>
            <w:r>
              <w:rPr>
                <w:rFonts w:ascii="Arial" w:hAnsi="Arial" w:eastAsia="Arial"/>
                <w:b w:val="0"/>
                <w:sz w:val="15"/>
              </w:rPr>
              <w:t>0</w:t>
            </w:r>
          </w:p>
        </w:tc>
        <w:tc>
          <w:tcPr>
            <w:tcW w:type="dxa" w:w="1080"/>
            <w:vAlign w:val="center"/>
          </w:tcPr>
          <w:p>
            <w:pPr>
              <w:jc w:val="center"/>
            </w:pPr>
            <w:r/>
            <w:r>
              <w:rPr>
                <w:rFonts w:ascii="Arial" w:hAnsi="Arial" w:eastAsia="Arial"/>
                <w:b w:val="0"/>
                <w:sz w:val="15"/>
              </w:rPr>
              <w:t>6</w:t>
            </w:r>
          </w:p>
        </w:tc>
        <w:tc>
          <w:tcPr>
            <w:tcW w:type="dxa" w:w="936"/>
            <w:vAlign w:val="center"/>
          </w:tcPr>
          <w:p>
            <w:pPr>
              <w:jc w:val="center"/>
            </w:pPr>
            <w:r/>
            <w:r>
              <w:rPr>
                <w:rFonts w:ascii="Arial" w:hAnsi="Arial" w:eastAsia="Arial"/>
                <w:b w:val="0"/>
                <w:sz w:val="15"/>
              </w:rPr>
              <w:t>1</w:t>
            </w:r>
          </w:p>
        </w:tc>
        <w:tc>
          <w:tcPr>
            <w:tcW w:type="dxa" w:w="1152"/>
            <w:vAlign w:val="center"/>
          </w:tcPr>
          <w:p>
            <w:pPr>
              <w:jc w:val="center"/>
            </w:pPr>
            <w:r/>
            <w:r>
              <w:rPr>
                <w:rFonts w:ascii="Arial" w:hAnsi="Arial" w:eastAsia="Arial"/>
                <w:b w:val="0"/>
                <w:sz w:val="15"/>
              </w:rPr>
              <w:t>0</w:t>
            </w:r>
          </w:p>
        </w:tc>
        <w:tc>
          <w:tcPr>
            <w:tcW w:type="dxa" w:w="1728"/>
            <w:vAlign w:val="center"/>
          </w:tcPr>
          <w:p>
            <w:pPr>
              <w:jc w:val="center"/>
            </w:pPr>
            <w:r/>
            <w:r>
              <w:rPr>
                <w:rFonts w:ascii="Arial" w:hAnsi="Arial" w:eastAsia="Arial"/>
                <w:b w:val="0"/>
                <w:sz w:val="15"/>
              </w:rPr>
              <w:t>0</w:t>
            </w:r>
          </w:p>
        </w:tc>
        <w:tc>
          <w:tcPr>
            <w:tcW w:type="dxa" w:w="2880"/>
            <w:vAlign w:val="center"/>
          </w:tcPr>
          <w:p>
            <w:pPr>
              <w:jc w:val="center"/>
            </w:pPr>
            <w:r/>
            <w:r>
              <w:rPr>
                <w:rFonts w:ascii="Arial" w:hAnsi="Arial" w:eastAsia="Arial"/>
                <w:b w:val="0"/>
                <w:sz w:val="15"/>
              </w:rPr>
              <w:t>Yellow ON</w:t>
            </w:r>
          </w:p>
        </w:tc>
      </w:tr>
      <w:tr>
        <w:tc>
          <w:tcPr>
            <w:tcW w:type="dxa" w:w="936"/>
            <w:vAlign w:val="center"/>
          </w:tcPr>
          <w:p>
            <w:pPr>
              <w:jc w:val="center"/>
            </w:pPr>
            <w:r/>
            <w:r>
              <w:rPr>
                <w:rFonts w:ascii="Arial" w:hAnsi="Arial" w:eastAsia="Arial"/>
                <w:b w:val="0"/>
                <w:sz w:val="15"/>
              </w:rPr>
              <w:t>07</w:t>
            </w:r>
          </w:p>
        </w:tc>
        <w:tc>
          <w:tcPr>
            <w:tcW w:type="dxa" w:w="720"/>
            <w:vAlign w:val="center"/>
          </w:tcPr>
          <w:p>
            <w:pPr>
              <w:jc w:val="center"/>
            </w:pPr>
            <w:r/>
            <w:r>
              <w:rPr>
                <w:rFonts w:ascii="Arial" w:hAnsi="Arial" w:eastAsia="Arial"/>
                <w:b w:val="0"/>
                <w:sz w:val="15"/>
              </w:rPr>
              <w:t>0</w:t>
            </w:r>
          </w:p>
        </w:tc>
        <w:tc>
          <w:tcPr>
            <w:tcW w:type="dxa" w:w="1080"/>
            <w:vAlign w:val="center"/>
          </w:tcPr>
          <w:p>
            <w:pPr>
              <w:jc w:val="center"/>
            </w:pPr>
            <w:r/>
            <w:r>
              <w:rPr>
                <w:rFonts w:ascii="Arial" w:hAnsi="Arial" w:eastAsia="Arial"/>
                <w:b w:val="0"/>
                <w:sz w:val="15"/>
              </w:rPr>
              <w:t>7</w:t>
            </w:r>
          </w:p>
        </w:tc>
        <w:tc>
          <w:tcPr>
            <w:tcW w:type="dxa" w:w="936"/>
            <w:vAlign w:val="center"/>
          </w:tcPr>
          <w:p>
            <w:pPr>
              <w:jc w:val="center"/>
            </w:pPr>
            <w:r/>
            <w:r>
              <w:rPr>
                <w:rFonts w:ascii="Arial" w:hAnsi="Arial" w:eastAsia="Arial"/>
                <w:b w:val="0"/>
                <w:sz w:val="15"/>
              </w:rPr>
              <w:t>1</w:t>
            </w:r>
          </w:p>
        </w:tc>
        <w:tc>
          <w:tcPr>
            <w:tcW w:type="dxa" w:w="1152"/>
            <w:vAlign w:val="center"/>
          </w:tcPr>
          <w:p>
            <w:pPr>
              <w:jc w:val="center"/>
            </w:pPr>
            <w:r/>
            <w:r>
              <w:rPr>
                <w:rFonts w:ascii="Arial" w:hAnsi="Arial" w:eastAsia="Arial"/>
                <w:b w:val="0"/>
                <w:sz w:val="15"/>
              </w:rPr>
              <w:t>0</w:t>
            </w:r>
          </w:p>
        </w:tc>
        <w:tc>
          <w:tcPr>
            <w:tcW w:type="dxa" w:w="1728"/>
            <w:vAlign w:val="center"/>
          </w:tcPr>
          <w:p>
            <w:pPr>
              <w:jc w:val="center"/>
            </w:pPr>
            <w:r/>
            <w:r>
              <w:rPr>
                <w:rFonts w:ascii="Arial" w:hAnsi="Arial" w:eastAsia="Arial"/>
                <w:b w:val="0"/>
                <w:sz w:val="15"/>
              </w:rPr>
              <w:t>0</w:t>
            </w:r>
          </w:p>
        </w:tc>
        <w:tc>
          <w:tcPr>
            <w:tcW w:type="dxa" w:w="2880"/>
            <w:vAlign w:val="center"/>
          </w:tcPr>
          <w:p>
            <w:pPr>
              <w:jc w:val="center"/>
            </w:pPr>
            <w:r/>
            <w:r>
              <w:rPr>
                <w:rFonts w:ascii="Arial" w:hAnsi="Arial" w:eastAsia="Arial"/>
                <w:b w:val="0"/>
                <w:sz w:val="15"/>
              </w:rPr>
              <w:t>Yellow ON</w:t>
            </w:r>
          </w:p>
        </w:tc>
      </w:tr>
      <w:tr>
        <w:tc>
          <w:tcPr>
            <w:tcW w:type="dxa" w:w="936"/>
            <w:vAlign w:val="center"/>
          </w:tcPr>
          <w:p>
            <w:pPr>
              <w:jc w:val="center"/>
            </w:pPr>
            <w:r/>
            <w:r>
              <w:rPr>
                <w:rFonts w:ascii="Arial" w:hAnsi="Arial" w:eastAsia="Arial"/>
                <w:b w:val="0"/>
                <w:sz w:val="15"/>
              </w:rPr>
              <w:t>08</w:t>
            </w:r>
          </w:p>
        </w:tc>
        <w:tc>
          <w:tcPr>
            <w:tcW w:type="dxa" w:w="720"/>
            <w:vAlign w:val="center"/>
          </w:tcPr>
          <w:p>
            <w:pPr>
              <w:jc w:val="center"/>
            </w:pPr>
            <w:r/>
            <w:r>
              <w:rPr>
                <w:rFonts w:ascii="Arial" w:hAnsi="Arial" w:eastAsia="Arial"/>
                <w:b w:val="0"/>
                <w:sz w:val="15"/>
              </w:rPr>
              <w:t>0</w:t>
            </w:r>
          </w:p>
        </w:tc>
        <w:tc>
          <w:tcPr>
            <w:tcW w:type="dxa" w:w="1080"/>
            <w:vAlign w:val="center"/>
          </w:tcPr>
          <w:p>
            <w:pPr>
              <w:jc w:val="center"/>
            </w:pPr>
            <w:r/>
            <w:r>
              <w:rPr>
                <w:rFonts w:ascii="Arial" w:hAnsi="Arial" w:eastAsia="Arial"/>
                <w:b w:val="0"/>
                <w:sz w:val="15"/>
              </w:rPr>
              <w:t>8</w:t>
            </w:r>
          </w:p>
        </w:tc>
        <w:tc>
          <w:tcPr>
            <w:tcW w:type="dxa" w:w="936"/>
            <w:vAlign w:val="center"/>
          </w:tcPr>
          <w:p>
            <w:pPr>
              <w:jc w:val="center"/>
            </w:pPr>
            <w:r/>
            <w:r>
              <w:rPr>
                <w:rFonts w:ascii="Arial" w:hAnsi="Arial" w:eastAsia="Arial"/>
                <w:b w:val="0"/>
                <w:sz w:val="15"/>
              </w:rPr>
              <w:t>1</w:t>
            </w:r>
          </w:p>
        </w:tc>
        <w:tc>
          <w:tcPr>
            <w:tcW w:type="dxa" w:w="1152"/>
            <w:vAlign w:val="center"/>
          </w:tcPr>
          <w:p>
            <w:pPr>
              <w:jc w:val="center"/>
            </w:pPr>
            <w:r/>
            <w:r>
              <w:rPr>
                <w:rFonts w:ascii="Arial" w:hAnsi="Arial" w:eastAsia="Arial"/>
                <w:b w:val="0"/>
                <w:sz w:val="15"/>
              </w:rPr>
              <w:t>0</w:t>
            </w:r>
          </w:p>
        </w:tc>
        <w:tc>
          <w:tcPr>
            <w:tcW w:type="dxa" w:w="1728"/>
            <w:vAlign w:val="center"/>
          </w:tcPr>
          <w:p>
            <w:pPr>
              <w:jc w:val="center"/>
            </w:pPr>
            <w:r/>
            <w:r>
              <w:rPr>
                <w:rFonts w:ascii="Arial" w:hAnsi="Arial" w:eastAsia="Arial"/>
                <w:b w:val="0"/>
                <w:sz w:val="15"/>
              </w:rPr>
              <w:t>0</w:t>
            </w:r>
          </w:p>
        </w:tc>
        <w:tc>
          <w:tcPr>
            <w:tcW w:type="dxa" w:w="2880"/>
            <w:vAlign w:val="center"/>
          </w:tcPr>
          <w:p>
            <w:pPr>
              <w:jc w:val="center"/>
            </w:pPr>
            <w:r/>
            <w:r>
              <w:rPr>
                <w:rFonts w:ascii="Arial" w:hAnsi="Arial" w:eastAsia="Arial"/>
                <w:b w:val="0"/>
                <w:sz w:val="15"/>
              </w:rPr>
              <w:t>Yellow ON</w:t>
            </w:r>
          </w:p>
        </w:tc>
      </w:tr>
      <w:tr>
        <w:tc>
          <w:tcPr>
            <w:tcW w:type="dxa" w:w="936"/>
            <w:vAlign w:val="center"/>
          </w:tcPr>
          <w:p>
            <w:pPr>
              <w:jc w:val="center"/>
            </w:pPr>
            <w:r/>
            <w:r>
              <w:rPr>
                <w:rFonts w:ascii="Arial" w:hAnsi="Arial" w:eastAsia="Arial"/>
                <w:b w:val="0"/>
                <w:sz w:val="15"/>
              </w:rPr>
              <w:t>09</w:t>
            </w:r>
          </w:p>
        </w:tc>
        <w:tc>
          <w:tcPr>
            <w:tcW w:type="dxa" w:w="720"/>
            <w:vAlign w:val="center"/>
          </w:tcPr>
          <w:p>
            <w:pPr>
              <w:jc w:val="center"/>
            </w:pPr>
            <w:r/>
            <w:r>
              <w:rPr>
                <w:rFonts w:ascii="Arial" w:hAnsi="Arial" w:eastAsia="Arial"/>
                <w:b w:val="0"/>
                <w:sz w:val="15"/>
              </w:rPr>
              <w:t>0</w:t>
            </w:r>
          </w:p>
        </w:tc>
        <w:tc>
          <w:tcPr>
            <w:tcW w:type="dxa" w:w="1080"/>
            <w:vAlign w:val="center"/>
          </w:tcPr>
          <w:p>
            <w:pPr>
              <w:jc w:val="center"/>
            </w:pPr>
            <w:r/>
            <w:r>
              <w:rPr>
                <w:rFonts w:ascii="Arial" w:hAnsi="Arial" w:eastAsia="Arial"/>
                <w:b w:val="0"/>
                <w:sz w:val="15"/>
              </w:rPr>
              <w:t>9</w:t>
            </w:r>
          </w:p>
        </w:tc>
        <w:tc>
          <w:tcPr>
            <w:tcW w:type="dxa" w:w="936"/>
            <w:vAlign w:val="center"/>
          </w:tcPr>
          <w:p>
            <w:pPr>
              <w:jc w:val="center"/>
            </w:pPr>
            <w:r/>
            <w:r>
              <w:rPr>
                <w:rFonts w:ascii="Arial" w:hAnsi="Arial" w:eastAsia="Arial"/>
                <w:b w:val="0"/>
                <w:sz w:val="15"/>
              </w:rPr>
              <w:t>1</w:t>
            </w:r>
          </w:p>
        </w:tc>
        <w:tc>
          <w:tcPr>
            <w:tcW w:type="dxa" w:w="1152"/>
            <w:vAlign w:val="center"/>
          </w:tcPr>
          <w:p>
            <w:pPr>
              <w:jc w:val="center"/>
            </w:pPr>
            <w:r/>
            <w:r>
              <w:rPr>
                <w:rFonts w:ascii="Arial" w:hAnsi="Arial" w:eastAsia="Arial"/>
                <w:b w:val="0"/>
                <w:sz w:val="15"/>
              </w:rPr>
              <w:t>0</w:t>
            </w:r>
          </w:p>
        </w:tc>
        <w:tc>
          <w:tcPr>
            <w:tcW w:type="dxa" w:w="1728"/>
            <w:vAlign w:val="center"/>
          </w:tcPr>
          <w:p>
            <w:pPr>
              <w:jc w:val="center"/>
            </w:pPr>
            <w:r/>
            <w:r>
              <w:rPr>
                <w:rFonts w:ascii="Arial" w:hAnsi="Arial" w:eastAsia="Arial"/>
                <w:b w:val="0"/>
                <w:sz w:val="15"/>
              </w:rPr>
              <w:t>0</w:t>
            </w:r>
          </w:p>
        </w:tc>
        <w:tc>
          <w:tcPr>
            <w:tcW w:type="dxa" w:w="2880"/>
            <w:vAlign w:val="center"/>
          </w:tcPr>
          <w:p>
            <w:pPr>
              <w:jc w:val="center"/>
            </w:pPr>
            <w:r/>
            <w:r>
              <w:rPr>
                <w:rFonts w:ascii="Arial" w:hAnsi="Arial" w:eastAsia="Arial"/>
                <w:b w:val="0"/>
                <w:sz w:val="15"/>
              </w:rPr>
              <w:t>Yellow ON</w:t>
            </w:r>
          </w:p>
        </w:tc>
      </w:tr>
      <w:tr>
        <w:tc>
          <w:tcPr>
            <w:tcW w:type="dxa" w:w="936"/>
            <w:vAlign w:val="center"/>
          </w:tcPr>
          <w:p>
            <w:pPr>
              <w:jc w:val="center"/>
            </w:pPr>
            <w:r/>
            <w:r>
              <w:rPr>
                <w:rFonts w:ascii="Arial" w:hAnsi="Arial" w:eastAsia="Arial"/>
                <w:b w:val="0"/>
                <w:sz w:val="15"/>
              </w:rPr>
              <w:t>10</w:t>
            </w:r>
          </w:p>
        </w:tc>
        <w:tc>
          <w:tcPr>
            <w:tcW w:type="dxa" w:w="720"/>
            <w:vAlign w:val="center"/>
          </w:tcPr>
          <w:p>
            <w:pPr>
              <w:jc w:val="center"/>
            </w:pPr>
            <w:r/>
            <w:r>
              <w:rPr>
                <w:rFonts w:ascii="Arial" w:hAnsi="Arial" w:eastAsia="Arial"/>
                <w:b w:val="0"/>
                <w:sz w:val="15"/>
              </w:rPr>
              <w:t>1</w:t>
            </w:r>
          </w:p>
        </w:tc>
        <w:tc>
          <w:tcPr>
            <w:tcW w:type="dxa" w:w="1080"/>
            <w:vAlign w:val="center"/>
          </w:tcPr>
          <w:p>
            <w:pPr>
              <w:jc w:val="center"/>
            </w:pPr>
            <w:r/>
            <w:r>
              <w:rPr>
                <w:rFonts w:ascii="Arial" w:hAnsi="Arial" w:eastAsia="Arial"/>
                <w:b w:val="0"/>
                <w:sz w:val="15"/>
              </w:rPr>
              <w:t>0</w:t>
            </w:r>
          </w:p>
        </w:tc>
        <w:tc>
          <w:tcPr>
            <w:tcW w:type="dxa" w:w="936"/>
            <w:vAlign w:val="center"/>
          </w:tcPr>
          <w:p>
            <w:pPr>
              <w:jc w:val="center"/>
            </w:pPr>
            <w:r/>
            <w:r>
              <w:rPr>
                <w:rFonts w:ascii="Arial" w:hAnsi="Arial" w:eastAsia="Arial"/>
                <w:b w:val="0"/>
                <w:sz w:val="15"/>
              </w:rPr>
              <w:t>0</w:t>
            </w:r>
          </w:p>
        </w:tc>
        <w:tc>
          <w:tcPr>
            <w:tcW w:type="dxa" w:w="1152"/>
            <w:vAlign w:val="center"/>
          </w:tcPr>
          <w:p>
            <w:pPr>
              <w:jc w:val="center"/>
            </w:pPr>
            <w:r/>
            <w:r>
              <w:rPr>
                <w:rFonts w:ascii="Arial" w:hAnsi="Arial" w:eastAsia="Arial"/>
                <w:b w:val="0"/>
                <w:sz w:val="15"/>
              </w:rPr>
              <w:t>1</w:t>
            </w:r>
          </w:p>
        </w:tc>
        <w:tc>
          <w:tcPr>
            <w:tcW w:type="dxa" w:w="1728"/>
            <w:vAlign w:val="center"/>
          </w:tcPr>
          <w:p>
            <w:pPr>
              <w:jc w:val="center"/>
            </w:pPr>
            <w:r/>
            <w:r>
              <w:rPr>
                <w:rFonts w:ascii="Arial" w:hAnsi="Arial" w:eastAsia="Arial"/>
                <w:b w:val="0"/>
                <w:sz w:val="15"/>
              </w:rPr>
              <w:t>0</w:t>
            </w:r>
          </w:p>
        </w:tc>
        <w:tc>
          <w:tcPr>
            <w:tcW w:type="dxa" w:w="2880"/>
            <w:vAlign w:val="center"/>
          </w:tcPr>
          <w:p>
            <w:pPr>
              <w:jc w:val="center"/>
            </w:pPr>
            <w:r/>
            <w:r>
              <w:rPr>
                <w:rFonts w:ascii="Arial" w:hAnsi="Arial" w:eastAsia="Arial"/>
                <w:b w:val="0"/>
                <w:sz w:val="15"/>
              </w:rPr>
              <w:t>Both OFF</w:t>
            </w:r>
          </w:p>
        </w:tc>
      </w:tr>
    </w:tbl>
    <w:p/>
    <w:p>
      <w:r>
        <w:rPr>
          <w:b w:val="0"/>
        </w:rPr>
        <w:t>Equation 3 defines the comparator warning output. The same logic is used to enable the NE555 flashing red LED circuit.</w:t>
      </w:r>
    </w:p>
    <w:p>
      <w:pPr>
        <w:pStyle w:val="SmallText"/>
      </w:pPr>
      <w:r>
        <w:rPr>
          <w:b w:val="0"/>
        </w:rPr>
        <w:t>F = (Current speed &gt; Set speed) + (Current speed = Set speed)</w:t>
      </w:r>
    </w:p>
    <w:p>
      <w:r>
        <w:rPr>
          <w:b w:val="0"/>
        </w:rPr>
        <w:t>Table 8 gives the comparator truth table. The flashing warning becomes active when F is HIGH.</w:t>
      </w:r>
    </w:p>
    <w:p>
      <w:pPr>
        <w:pStyle w:val="TableTitle"/>
      </w:pPr>
      <w:r>
        <w:rPr>
          <w:b w:val="0"/>
        </w:rPr>
        <w:t>Table 8: Comparator truth table</w:t>
      </w:r>
    </w:p>
    <w:tbl>
      <w:tblPr>
        <w:tblStyle w:val="TableGrid"/>
        <w:tblW w:type="auto" w:w="0"/>
        <w:jc w:val="center"/>
        <w:tblLook w:firstColumn="1" w:firstRow="1" w:lastColumn="0" w:lastRow="0" w:noHBand="0" w:noVBand="1" w:val="04A0"/>
      </w:tblPr>
      <w:tblGrid>
        <w:gridCol w:w="1625"/>
        <w:gridCol w:w="1625"/>
        <w:gridCol w:w="1625"/>
        <w:gridCol w:w="1625"/>
        <w:gridCol w:w="1625"/>
        <w:gridCol w:w="1625"/>
      </w:tblGrid>
      <w:tr>
        <w:tc>
          <w:tcPr>
            <w:tcW w:type="dxa" w:w="3456"/>
            <w:vAlign w:val="center"/>
            <w:shd w:fill="1F4E79"/>
          </w:tcPr>
          <w:p>
            <w:pPr>
              <w:jc w:val="center"/>
            </w:pPr>
            <w:r/>
            <w:r>
              <w:rPr>
                <w:rFonts w:ascii="Arial" w:hAnsi="Arial" w:eastAsia="Arial"/>
                <w:b/>
                <w:color w:val="FFFFFF"/>
                <w:sz w:val="16"/>
              </w:rPr>
              <w:t>Current speed condition</w:t>
            </w:r>
          </w:p>
        </w:tc>
        <w:tc>
          <w:tcPr>
            <w:tcW w:type="dxa" w:w="792"/>
            <w:vAlign w:val="center"/>
            <w:shd w:fill="1F4E79"/>
          </w:tcPr>
          <w:p>
            <w:pPr>
              <w:jc w:val="center"/>
            </w:pPr>
            <w:r/>
            <w:r>
              <w:rPr>
                <w:rFonts w:ascii="Arial" w:hAnsi="Arial" w:eastAsia="Arial"/>
                <w:b/>
                <w:color w:val="FFFFFF"/>
                <w:sz w:val="16"/>
              </w:rPr>
              <w:t>QA&gt;B</w:t>
            </w:r>
          </w:p>
        </w:tc>
        <w:tc>
          <w:tcPr>
            <w:tcW w:type="dxa" w:w="792"/>
            <w:vAlign w:val="center"/>
            <w:shd w:fill="1F4E79"/>
          </w:tcPr>
          <w:p>
            <w:pPr>
              <w:jc w:val="center"/>
            </w:pPr>
            <w:r/>
            <w:r>
              <w:rPr>
                <w:rFonts w:ascii="Arial" w:hAnsi="Arial" w:eastAsia="Arial"/>
                <w:b/>
                <w:color w:val="FFFFFF"/>
                <w:sz w:val="16"/>
              </w:rPr>
              <w:t>QA=B</w:t>
            </w:r>
          </w:p>
        </w:tc>
        <w:tc>
          <w:tcPr>
            <w:tcW w:type="dxa" w:w="792"/>
            <w:vAlign w:val="center"/>
            <w:shd w:fill="1F4E79"/>
          </w:tcPr>
          <w:p>
            <w:pPr>
              <w:jc w:val="center"/>
            </w:pPr>
            <w:r/>
            <w:r>
              <w:rPr>
                <w:rFonts w:ascii="Arial" w:hAnsi="Arial" w:eastAsia="Arial"/>
                <w:b/>
                <w:color w:val="FFFFFF"/>
                <w:sz w:val="16"/>
              </w:rPr>
              <w:t>QA&lt;B</w:t>
            </w:r>
          </w:p>
        </w:tc>
        <w:tc>
          <w:tcPr>
            <w:tcW w:type="dxa" w:w="576"/>
            <w:vAlign w:val="center"/>
            <w:shd w:fill="1F4E79"/>
          </w:tcPr>
          <w:p>
            <w:pPr>
              <w:jc w:val="center"/>
            </w:pPr>
            <w:r/>
            <w:r>
              <w:rPr>
                <w:rFonts w:ascii="Arial" w:hAnsi="Arial" w:eastAsia="Arial"/>
                <w:b/>
                <w:color w:val="FFFFFF"/>
                <w:sz w:val="16"/>
              </w:rPr>
              <w:t>F</w:t>
            </w:r>
          </w:p>
        </w:tc>
        <w:tc>
          <w:tcPr>
            <w:tcW w:type="dxa" w:w="2016"/>
            <w:vAlign w:val="center"/>
            <w:shd w:fill="1F4E79"/>
          </w:tcPr>
          <w:p>
            <w:pPr>
              <w:jc w:val="center"/>
            </w:pPr>
            <w:r/>
            <w:r>
              <w:rPr>
                <w:rFonts w:ascii="Arial" w:hAnsi="Arial" w:eastAsia="Arial"/>
                <w:b/>
                <w:color w:val="FFFFFF"/>
                <w:sz w:val="16"/>
              </w:rPr>
              <w:t>Red LED</w:t>
            </w:r>
          </w:p>
        </w:tc>
      </w:tr>
      <w:tr>
        <w:tc>
          <w:tcPr>
            <w:tcW w:type="dxa" w:w="3456"/>
            <w:vAlign w:val="center"/>
          </w:tcPr>
          <w:p>
            <w:pPr>
              <w:jc w:val="center"/>
            </w:pPr>
            <w:r/>
            <w:r>
              <w:rPr>
                <w:rFonts w:ascii="Arial" w:hAnsi="Arial" w:eastAsia="Arial"/>
                <w:b w:val="0"/>
                <w:sz w:val="16"/>
              </w:rPr>
              <w:t>Current speed &lt; Set speed</w:t>
            </w:r>
          </w:p>
        </w:tc>
        <w:tc>
          <w:tcPr>
            <w:tcW w:type="dxa" w:w="792"/>
            <w:vAlign w:val="center"/>
          </w:tcPr>
          <w:p>
            <w:pPr>
              <w:jc w:val="center"/>
            </w:pPr>
            <w:r/>
            <w:r>
              <w:rPr>
                <w:rFonts w:ascii="Arial" w:hAnsi="Arial" w:eastAsia="Arial"/>
                <w:b w:val="0"/>
                <w:sz w:val="16"/>
              </w:rPr>
              <w:t>0</w:t>
            </w:r>
          </w:p>
        </w:tc>
        <w:tc>
          <w:tcPr>
            <w:tcW w:type="dxa" w:w="792"/>
            <w:vAlign w:val="center"/>
          </w:tcPr>
          <w:p>
            <w:pPr>
              <w:jc w:val="center"/>
            </w:pPr>
            <w:r/>
            <w:r>
              <w:rPr>
                <w:rFonts w:ascii="Arial" w:hAnsi="Arial" w:eastAsia="Arial"/>
                <w:b w:val="0"/>
                <w:sz w:val="16"/>
              </w:rPr>
              <w:t>0</w:t>
            </w:r>
          </w:p>
        </w:tc>
        <w:tc>
          <w:tcPr>
            <w:tcW w:type="dxa" w:w="792"/>
            <w:vAlign w:val="center"/>
          </w:tcPr>
          <w:p>
            <w:pPr>
              <w:jc w:val="center"/>
            </w:pPr>
            <w:r/>
            <w:r>
              <w:rPr>
                <w:rFonts w:ascii="Arial" w:hAnsi="Arial" w:eastAsia="Arial"/>
                <w:b w:val="0"/>
                <w:sz w:val="16"/>
              </w:rPr>
              <w:t>1</w:t>
            </w:r>
          </w:p>
        </w:tc>
        <w:tc>
          <w:tcPr>
            <w:tcW w:type="dxa" w:w="576"/>
            <w:vAlign w:val="center"/>
          </w:tcPr>
          <w:p>
            <w:pPr>
              <w:jc w:val="center"/>
            </w:pPr>
            <w:r/>
            <w:r>
              <w:rPr>
                <w:rFonts w:ascii="Arial" w:hAnsi="Arial" w:eastAsia="Arial"/>
                <w:b w:val="0"/>
                <w:sz w:val="16"/>
              </w:rPr>
              <w:t>0</w:t>
            </w:r>
          </w:p>
        </w:tc>
        <w:tc>
          <w:tcPr>
            <w:tcW w:type="dxa" w:w="2016"/>
            <w:vAlign w:val="center"/>
          </w:tcPr>
          <w:p>
            <w:pPr>
              <w:jc w:val="center"/>
            </w:pPr>
            <w:r/>
            <w:r>
              <w:rPr>
                <w:rFonts w:ascii="Arial" w:hAnsi="Arial" w:eastAsia="Arial"/>
                <w:b w:val="0"/>
                <w:sz w:val="16"/>
              </w:rPr>
              <w:t>OFF</w:t>
            </w:r>
          </w:p>
        </w:tc>
      </w:tr>
      <w:tr>
        <w:tc>
          <w:tcPr>
            <w:tcW w:type="dxa" w:w="3456"/>
            <w:vAlign w:val="center"/>
          </w:tcPr>
          <w:p>
            <w:pPr>
              <w:jc w:val="center"/>
            </w:pPr>
            <w:r/>
            <w:r>
              <w:rPr>
                <w:rFonts w:ascii="Arial" w:hAnsi="Arial" w:eastAsia="Arial"/>
                <w:b w:val="0"/>
                <w:sz w:val="16"/>
              </w:rPr>
              <w:t>Current speed = Set speed</w:t>
            </w:r>
          </w:p>
        </w:tc>
        <w:tc>
          <w:tcPr>
            <w:tcW w:type="dxa" w:w="792"/>
            <w:vAlign w:val="center"/>
          </w:tcPr>
          <w:p>
            <w:pPr>
              <w:jc w:val="center"/>
            </w:pPr>
            <w:r/>
            <w:r>
              <w:rPr>
                <w:rFonts w:ascii="Arial" w:hAnsi="Arial" w:eastAsia="Arial"/>
                <w:b w:val="0"/>
                <w:sz w:val="16"/>
              </w:rPr>
              <w:t>0</w:t>
            </w:r>
          </w:p>
        </w:tc>
        <w:tc>
          <w:tcPr>
            <w:tcW w:type="dxa" w:w="792"/>
            <w:vAlign w:val="center"/>
          </w:tcPr>
          <w:p>
            <w:pPr>
              <w:jc w:val="center"/>
            </w:pPr>
            <w:r/>
            <w:r>
              <w:rPr>
                <w:rFonts w:ascii="Arial" w:hAnsi="Arial" w:eastAsia="Arial"/>
                <w:b w:val="0"/>
                <w:sz w:val="16"/>
              </w:rPr>
              <w:t>1</w:t>
            </w:r>
          </w:p>
        </w:tc>
        <w:tc>
          <w:tcPr>
            <w:tcW w:type="dxa" w:w="792"/>
            <w:vAlign w:val="center"/>
          </w:tcPr>
          <w:p>
            <w:pPr>
              <w:jc w:val="center"/>
            </w:pPr>
            <w:r/>
            <w:r>
              <w:rPr>
                <w:rFonts w:ascii="Arial" w:hAnsi="Arial" w:eastAsia="Arial"/>
                <w:b w:val="0"/>
                <w:sz w:val="16"/>
              </w:rPr>
              <w:t>0</w:t>
            </w:r>
          </w:p>
        </w:tc>
        <w:tc>
          <w:tcPr>
            <w:tcW w:type="dxa" w:w="576"/>
            <w:vAlign w:val="center"/>
          </w:tcPr>
          <w:p>
            <w:pPr>
              <w:jc w:val="center"/>
            </w:pPr>
            <w:r/>
            <w:r>
              <w:rPr>
                <w:rFonts w:ascii="Arial" w:hAnsi="Arial" w:eastAsia="Arial"/>
                <w:b w:val="0"/>
                <w:sz w:val="16"/>
              </w:rPr>
              <w:t>1</w:t>
            </w:r>
          </w:p>
        </w:tc>
        <w:tc>
          <w:tcPr>
            <w:tcW w:type="dxa" w:w="2016"/>
            <w:vAlign w:val="center"/>
          </w:tcPr>
          <w:p>
            <w:pPr>
              <w:jc w:val="center"/>
            </w:pPr>
            <w:r/>
            <w:r>
              <w:rPr>
                <w:rFonts w:ascii="Arial" w:hAnsi="Arial" w:eastAsia="Arial"/>
                <w:b w:val="0"/>
                <w:sz w:val="16"/>
              </w:rPr>
              <w:t>Flashing</w:t>
            </w:r>
          </w:p>
        </w:tc>
      </w:tr>
      <w:tr>
        <w:tc>
          <w:tcPr>
            <w:tcW w:type="dxa" w:w="3456"/>
            <w:vAlign w:val="center"/>
          </w:tcPr>
          <w:p>
            <w:pPr>
              <w:jc w:val="center"/>
            </w:pPr>
            <w:r/>
            <w:r>
              <w:rPr>
                <w:rFonts w:ascii="Arial" w:hAnsi="Arial" w:eastAsia="Arial"/>
                <w:b w:val="0"/>
                <w:sz w:val="16"/>
              </w:rPr>
              <w:t>Current speed &gt; Set speed</w:t>
            </w:r>
          </w:p>
        </w:tc>
        <w:tc>
          <w:tcPr>
            <w:tcW w:type="dxa" w:w="792"/>
            <w:vAlign w:val="center"/>
          </w:tcPr>
          <w:p>
            <w:pPr>
              <w:jc w:val="center"/>
            </w:pPr>
            <w:r/>
            <w:r>
              <w:rPr>
                <w:rFonts w:ascii="Arial" w:hAnsi="Arial" w:eastAsia="Arial"/>
                <w:b w:val="0"/>
                <w:sz w:val="16"/>
              </w:rPr>
              <w:t>1</w:t>
            </w:r>
          </w:p>
        </w:tc>
        <w:tc>
          <w:tcPr>
            <w:tcW w:type="dxa" w:w="792"/>
            <w:vAlign w:val="center"/>
          </w:tcPr>
          <w:p>
            <w:pPr>
              <w:jc w:val="center"/>
            </w:pPr>
            <w:r/>
            <w:r>
              <w:rPr>
                <w:rFonts w:ascii="Arial" w:hAnsi="Arial" w:eastAsia="Arial"/>
                <w:b w:val="0"/>
                <w:sz w:val="16"/>
              </w:rPr>
              <w:t>0</w:t>
            </w:r>
          </w:p>
        </w:tc>
        <w:tc>
          <w:tcPr>
            <w:tcW w:type="dxa" w:w="792"/>
            <w:vAlign w:val="center"/>
          </w:tcPr>
          <w:p>
            <w:pPr>
              <w:jc w:val="center"/>
            </w:pPr>
            <w:r/>
            <w:r>
              <w:rPr>
                <w:rFonts w:ascii="Arial" w:hAnsi="Arial" w:eastAsia="Arial"/>
                <w:b w:val="0"/>
                <w:sz w:val="16"/>
              </w:rPr>
              <w:t>0</w:t>
            </w:r>
          </w:p>
        </w:tc>
        <w:tc>
          <w:tcPr>
            <w:tcW w:type="dxa" w:w="576"/>
            <w:vAlign w:val="center"/>
          </w:tcPr>
          <w:p>
            <w:pPr>
              <w:jc w:val="center"/>
            </w:pPr>
            <w:r/>
            <w:r>
              <w:rPr>
                <w:rFonts w:ascii="Arial" w:hAnsi="Arial" w:eastAsia="Arial"/>
                <w:b w:val="0"/>
                <w:sz w:val="16"/>
              </w:rPr>
              <w:t>1</w:t>
            </w:r>
          </w:p>
        </w:tc>
        <w:tc>
          <w:tcPr>
            <w:tcW w:type="dxa" w:w="2016"/>
            <w:vAlign w:val="center"/>
          </w:tcPr>
          <w:p>
            <w:pPr>
              <w:jc w:val="center"/>
            </w:pPr>
            <w:r/>
            <w:r>
              <w:rPr>
                <w:rFonts w:ascii="Arial" w:hAnsi="Arial" w:eastAsia="Arial"/>
                <w:b w:val="0"/>
                <w:sz w:val="16"/>
              </w:rPr>
              <w:t>Flashing</w:t>
            </w:r>
          </w:p>
        </w:tc>
      </w:tr>
    </w:tbl>
    <w:p/>
    <w:p>
      <w:pPr>
        <w:pStyle w:val="Heading2"/>
      </w:pPr>
      <w:r>
        <w:rPr>
          <w:b w:val="0"/>
        </w:rPr>
        <w:t>2.5. Stage 5: Overall approach to system design and solution development</w:t>
      </w:r>
    </w:p>
    <w:p>
      <w:r>
        <w:rPr>
          <w:b w:val="0"/>
        </w:rPr>
        <w:t>The final Project V1 design combines the counter/display stage, LED range logic, comparator stage, flashing timer and reset/limit logic into one complete electronic control-system simulation. The comparator uses the selected cruise speed as the reference, while the displayed current speed acts as the controlled variable. When the current speed reaches the selected value, the NE555 warning stage is enabled.</w:t>
      </w:r>
    </w:p>
    <w:p>
      <w:r>
        <w:rPr>
          <w:b w:val="0"/>
        </w:rPr>
        <w:t>Table 7 presents the automatic maximum-speed limit and reset behaviour. This stage supports the project requirement that the cruise reset must not be only a normal reset button.</w:t>
      </w:r>
    </w:p>
    <w:p>
      <w:pPr>
        <w:pStyle w:val="TableTitle"/>
      </w:pPr>
      <w:r>
        <w:rPr>
          <w:b w:val="0"/>
        </w:rPr>
        <w:t>Table 7: Automatic maximum-speed limit and reset truth table</w:t>
      </w:r>
    </w:p>
    <w:tbl>
      <w:tblPr>
        <w:tblStyle w:val="TableGrid"/>
        <w:tblW w:type="auto" w:w="0"/>
        <w:jc w:val="center"/>
        <w:tblLook w:firstColumn="1" w:firstRow="1" w:lastColumn="0" w:lastRow="0" w:noHBand="0" w:noVBand="1" w:val="04A0"/>
      </w:tblPr>
      <w:tblGrid>
        <w:gridCol w:w="1950"/>
        <w:gridCol w:w="1950"/>
        <w:gridCol w:w="1950"/>
        <w:gridCol w:w="1950"/>
        <w:gridCol w:w="1950"/>
      </w:tblGrid>
      <w:tr>
        <w:tc>
          <w:tcPr>
            <w:tcW w:type="dxa" w:w="1728"/>
            <w:vAlign w:val="center"/>
            <w:shd w:fill="1F4E79"/>
          </w:tcPr>
          <w:p>
            <w:pPr>
              <w:jc w:val="center"/>
            </w:pPr>
            <w:r/>
            <w:r>
              <w:rPr>
                <w:rFonts w:ascii="Arial" w:hAnsi="Arial" w:eastAsia="Arial"/>
                <w:b/>
                <w:color w:val="FFFFFF"/>
                <w:sz w:val="16"/>
              </w:rPr>
              <w:t>Present display</w:t>
            </w:r>
          </w:p>
        </w:tc>
        <w:tc>
          <w:tcPr>
            <w:tcW w:type="dxa" w:w="1008"/>
            <w:vAlign w:val="center"/>
            <w:shd w:fill="1F4E79"/>
          </w:tcPr>
          <w:p>
            <w:pPr>
              <w:jc w:val="center"/>
            </w:pPr>
            <w:r/>
            <w:r>
              <w:rPr>
                <w:rFonts w:ascii="Arial" w:hAnsi="Arial" w:eastAsia="Arial"/>
                <w:b/>
                <w:color w:val="FFFFFF"/>
                <w:sz w:val="16"/>
              </w:rPr>
              <w:t>UP pulse</w:t>
            </w:r>
          </w:p>
        </w:tc>
        <w:tc>
          <w:tcPr>
            <w:tcW w:type="dxa" w:w="3240"/>
            <w:vAlign w:val="center"/>
            <w:shd w:fill="1F4E79"/>
          </w:tcPr>
          <w:p>
            <w:pPr>
              <w:jc w:val="center"/>
            </w:pPr>
            <w:r/>
            <w:r>
              <w:rPr>
                <w:rFonts w:ascii="Arial" w:hAnsi="Arial" w:eastAsia="Arial"/>
                <w:b/>
                <w:color w:val="FFFFFF"/>
                <w:sz w:val="16"/>
              </w:rPr>
              <w:t>Detected condition</w:t>
            </w:r>
          </w:p>
        </w:tc>
        <w:tc>
          <w:tcPr>
            <w:tcW w:type="dxa" w:w="1872"/>
            <w:vAlign w:val="center"/>
            <w:shd w:fill="1F4E79"/>
          </w:tcPr>
          <w:p>
            <w:pPr>
              <w:jc w:val="center"/>
            </w:pPr>
            <w:r/>
            <w:r>
              <w:rPr>
                <w:rFonts w:ascii="Arial" w:hAnsi="Arial" w:eastAsia="Arial"/>
                <w:b/>
                <w:color w:val="FFFFFF"/>
                <w:sz w:val="16"/>
              </w:rPr>
              <w:t>Automatic reset output</w:t>
            </w:r>
          </w:p>
        </w:tc>
        <w:tc>
          <w:tcPr>
            <w:tcW w:type="dxa" w:w="1872"/>
            <w:vAlign w:val="center"/>
            <w:shd w:fill="1F4E79"/>
          </w:tcPr>
          <w:p>
            <w:pPr>
              <w:jc w:val="center"/>
            </w:pPr>
            <w:r/>
            <w:r>
              <w:rPr>
                <w:rFonts w:ascii="Arial" w:hAnsi="Arial" w:eastAsia="Arial"/>
                <w:b/>
                <w:color w:val="FFFFFF"/>
                <w:sz w:val="16"/>
              </w:rPr>
              <w:t>Next valid display</w:t>
            </w:r>
          </w:p>
        </w:tc>
      </w:tr>
      <w:tr>
        <w:tc>
          <w:tcPr>
            <w:tcW w:type="dxa" w:w="1728"/>
            <w:vAlign w:val="center"/>
          </w:tcPr>
          <w:p>
            <w:pPr>
              <w:jc w:val="center"/>
            </w:pPr>
            <w:r/>
            <w:r>
              <w:rPr>
                <w:rFonts w:ascii="Arial" w:hAnsi="Arial" w:eastAsia="Arial"/>
                <w:b w:val="0"/>
                <w:sz w:val="16"/>
              </w:rPr>
              <w:t>00 to 08</w:t>
            </w:r>
          </w:p>
        </w:tc>
        <w:tc>
          <w:tcPr>
            <w:tcW w:type="dxa" w:w="1008"/>
            <w:vAlign w:val="center"/>
          </w:tcPr>
          <w:p>
            <w:pPr>
              <w:jc w:val="center"/>
            </w:pPr>
            <w:r/>
            <w:r>
              <w:rPr>
                <w:rFonts w:ascii="Arial" w:hAnsi="Arial" w:eastAsia="Arial"/>
                <w:b w:val="0"/>
                <w:sz w:val="16"/>
              </w:rPr>
              <w:t>1</w:t>
            </w:r>
          </w:p>
        </w:tc>
        <w:tc>
          <w:tcPr>
            <w:tcW w:type="dxa" w:w="3240"/>
            <w:vAlign w:val="center"/>
          </w:tcPr>
          <w:p>
            <w:pPr>
              <w:jc w:val="center"/>
            </w:pPr>
            <w:r/>
            <w:r>
              <w:rPr>
                <w:rFonts w:ascii="Arial" w:hAnsi="Arial" w:eastAsia="Arial"/>
                <w:b w:val="0"/>
                <w:sz w:val="16"/>
              </w:rPr>
              <w:t>Normal unit count</w:t>
            </w:r>
          </w:p>
        </w:tc>
        <w:tc>
          <w:tcPr>
            <w:tcW w:type="dxa" w:w="1872"/>
            <w:vAlign w:val="center"/>
          </w:tcPr>
          <w:p>
            <w:pPr>
              <w:jc w:val="center"/>
            </w:pPr>
            <w:r/>
            <w:r>
              <w:rPr>
                <w:rFonts w:ascii="Arial" w:hAnsi="Arial" w:eastAsia="Arial"/>
                <w:b w:val="0"/>
                <w:sz w:val="16"/>
              </w:rPr>
              <w:t>0</w:t>
            </w:r>
          </w:p>
        </w:tc>
        <w:tc>
          <w:tcPr>
            <w:tcW w:type="dxa" w:w="1872"/>
            <w:vAlign w:val="center"/>
          </w:tcPr>
          <w:p>
            <w:pPr>
              <w:jc w:val="center"/>
            </w:pPr>
            <w:r/>
            <w:r>
              <w:rPr>
                <w:rFonts w:ascii="Arial" w:hAnsi="Arial" w:eastAsia="Arial"/>
                <w:b w:val="0"/>
                <w:sz w:val="16"/>
              </w:rPr>
              <w:t>Current speed + 1</w:t>
            </w:r>
          </w:p>
        </w:tc>
      </w:tr>
      <w:tr>
        <w:tc>
          <w:tcPr>
            <w:tcW w:type="dxa" w:w="1728"/>
            <w:vAlign w:val="center"/>
          </w:tcPr>
          <w:p>
            <w:pPr>
              <w:jc w:val="center"/>
            </w:pPr>
            <w:r/>
            <w:r>
              <w:rPr>
                <w:rFonts w:ascii="Arial" w:hAnsi="Arial" w:eastAsia="Arial"/>
                <w:b w:val="0"/>
                <w:sz w:val="16"/>
              </w:rPr>
              <w:t>09</w:t>
            </w:r>
          </w:p>
        </w:tc>
        <w:tc>
          <w:tcPr>
            <w:tcW w:type="dxa" w:w="1008"/>
            <w:vAlign w:val="center"/>
          </w:tcPr>
          <w:p>
            <w:pPr>
              <w:jc w:val="center"/>
            </w:pPr>
            <w:r/>
            <w:r>
              <w:rPr>
                <w:rFonts w:ascii="Arial" w:hAnsi="Arial" w:eastAsia="Arial"/>
                <w:b w:val="0"/>
                <w:sz w:val="16"/>
              </w:rPr>
              <w:t>1</w:t>
            </w:r>
          </w:p>
        </w:tc>
        <w:tc>
          <w:tcPr>
            <w:tcW w:type="dxa" w:w="3240"/>
            <w:vAlign w:val="center"/>
          </w:tcPr>
          <w:p>
            <w:pPr>
              <w:jc w:val="left"/>
            </w:pPr>
            <w:r/>
            <w:r>
              <w:rPr>
                <w:rFonts w:ascii="Arial" w:hAnsi="Arial" w:eastAsia="Arial"/>
                <w:b w:val="0"/>
                <w:sz w:val="16"/>
              </w:rPr>
              <w:t>Unit carry increments ten digit</w:t>
            </w:r>
          </w:p>
        </w:tc>
        <w:tc>
          <w:tcPr>
            <w:tcW w:type="dxa" w:w="1872"/>
            <w:vAlign w:val="center"/>
          </w:tcPr>
          <w:p>
            <w:pPr>
              <w:jc w:val="center"/>
            </w:pPr>
            <w:r/>
            <w:r>
              <w:rPr>
                <w:rFonts w:ascii="Arial" w:hAnsi="Arial" w:eastAsia="Arial"/>
                <w:b w:val="0"/>
                <w:sz w:val="16"/>
              </w:rPr>
              <w:t>0</w:t>
            </w:r>
          </w:p>
        </w:tc>
        <w:tc>
          <w:tcPr>
            <w:tcW w:type="dxa" w:w="1872"/>
            <w:vAlign w:val="center"/>
          </w:tcPr>
          <w:p>
            <w:pPr>
              <w:jc w:val="center"/>
            </w:pPr>
            <w:r/>
            <w:r>
              <w:rPr>
                <w:rFonts w:ascii="Arial" w:hAnsi="Arial" w:eastAsia="Arial"/>
                <w:b w:val="0"/>
                <w:sz w:val="16"/>
              </w:rPr>
              <w:t>10</w:t>
            </w:r>
          </w:p>
        </w:tc>
      </w:tr>
      <w:tr>
        <w:tc>
          <w:tcPr>
            <w:tcW w:type="dxa" w:w="1728"/>
            <w:vAlign w:val="center"/>
          </w:tcPr>
          <w:p>
            <w:pPr>
              <w:jc w:val="center"/>
            </w:pPr>
            <w:r/>
            <w:r>
              <w:rPr>
                <w:rFonts w:ascii="Arial" w:hAnsi="Arial" w:eastAsia="Arial"/>
                <w:b w:val="0"/>
                <w:sz w:val="16"/>
              </w:rPr>
              <w:t>10</w:t>
            </w:r>
          </w:p>
        </w:tc>
        <w:tc>
          <w:tcPr>
            <w:tcW w:type="dxa" w:w="1008"/>
            <w:vAlign w:val="center"/>
          </w:tcPr>
          <w:p>
            <w:pPr>
              <w:jc w:val="center"/>
            </w:pPr>
            <w:r/>
            <w:r>
              <w:rPr>
                <w:rFonts w:ascii="Arial" w:hAnsi="Arial" w:eastAsia="Arial"/>
                <w:b w:val="0"/>
                <w:sz w:val="16"/>
              </w:rPr>
              <w:t>1</w:t>
            </w:r>
          </w:p>
        </w:tc>
        <w:tc>
          <w:tcPr>
            <w:tcW w:type="dxa" w:w="3240"/>
            <w:vAlign w:val="center"/>
          </w:tcPr>
          <w:p>
            <w:pPr>
              <w:jc w:val="left"/>
            </w:pPr>
            <w:r/>
            <w:r>
              <w:rPr>
                <w:rFonts w:ascii="Arial" w:hAnsi="Arial" w:eastAsia="Arial"/>
                <w:b w:val="0"/>
                <w:sz w:val="16"/>
              </w:rPr>
              <w:t>Attempted next state would be 11</w:t>
            </w:r>
          </w:p>
        </w:tc>
        <w:tc>
          <w:tcPr>
            <w:tcW w:type="dxa" w:w="1872"/>
            <w:vAlign w:val="center"/>
          </w:tcPr>
          <w:p>
            <w:pPr>
              <w:jc w:val="center"/>
            </w:pPr>
            <w:r/>
            <w:r>
              <w:rPr>
                <w:rFonts w:ascii="Arial" w:hAnsi="Arial" w:eastAsia="Arial"/>
                <w:b w:val="0"/>
                <w:sz w:val="16"/>
              </w:rPr>
              <w:t>1</w:t>
            </w:r>
          </w:p>
        </w:tc>
        <w:tc>
          <w:tcPr>
            <w:tcW w:type="dxa" w:w="1872"/>
            <w:vAlign w:val="center"/>
          </w:tcPr>
          <w:p>
            <w:pPr>
              <w:jc w:val="left"/>
            </w:pPr>
            <w:r/>
            <w:r>
              <w:rPr>
                <w:rFonts w:ascii="Arial" w:hAnsi="Arial" w:eastAsia="Arial"/>
                <w:b w:val="0"/>
                <w:sz w:val="16"/>
              </w:rPr>
              <w:t>00 or held below invalid 11</w:t>
            </w:r>
          </w:p>
        </w:tc>
      </w:tr>
      <w:tr>
        <w:tc>
          <w:tcPr>
            <w:tcW w:type="dxa" w:w="1728"/>
            <w:vAlign w:val="center"/>
          </w:tcPr>
          <w:p>
            <w:pPr>
              <w:jc w:val="center"/>
            </w:pPr>
            <w:r/>
            <w:r>
              <w:rPr>
                <w:rFonts w:ascii="Arial" w:hAnsi="Arial" w:eastAsia="Arial"/>
                <w:b w:val="0"/>
                <w:sz w:val="16"/>
              </w:rPr>
              <w:t>11</w:t>
            </w:r>
          </w:p>
        </w:tc>
        <w:tc>
          <w:tcPr>
            <w:tcW w:type="dxa" w:w="1008"/>
            <w:vAlign w:val="center"/>
          </w:tcPr>
          <w:p>
            <w:pPr>
              <w:jc w:val="center"/>
            </w:pPr>
            <w:r/>
            <w:r>
              <w:rPr>
                <w:rFonts w:ascii="Arial" w:hAnsi="Arial" w:eastAsia="Arial"/>
                <w:b w:val="0"/>
                <w:sz w:val="16"/>
              </w:rPr>
              <w:t>X</w:t>
            </w:r>
          </w:p>
        </w:tc>
        <w:tc>
          <w:tcPr>
            <w:tcW w:type="dxa" w:w="3240"/>
            <w:vAlign w:val="center"/>
          </w:tcPr>
          <w:p>
            <w:pPr>
              <w:jc w:val="center"/>
            </w:pPr>
            <w:r/>
            <w:r>
              <w:rPr>
                <w:rFonts w:ascii="Arial" w:hAnsi="Arial" w:eastAsia="Arial"/>
                <w:b w:val="0"/>
                <w:sz w:val="16"/>
              </w:rPr>
              <w:t>Invalid state detected</w:t>
            </w:r>
          </w:p>
        </w:tc>
        <w:tc>
          <w:tcPr>
            <w:tcW w:type="dxa" w:w="1872"/>
            <w:vAlign w:val="center"/>
          </w:tcPr>
          <w:p>
            <w:pPr>
              <w:jc w:val="center"/>
            </w:pPr>
            <w:r/>
            <w:r>
              <w:rPr>
                <w:rFonts w:ascii="Arial" w:hAnsi="Arial" w:eastAsia="Arial"/>
                <w:b w:val="0"/>
                <w:sz w:val="16"/>
              </w:rPr>
              <w:t>1</w:t>
            </w:r>
          </w:p>
        </w:tc>
        <w:tc>
          <w:tcPr>
            <w:tcW w:type="dxa" w:w="1872"/>
            <w:vAlign w:val="center"/>
          </w:tcPr>
          <w:p>
            <w:pPr>
              <w:jc w:val="center"/>
            </w:pPr>
            <w:r/>
            <w:r>
              <w:rPr>
                <w:rFonts w:ascii="Arial" w:hAnsi="Arial" w:eastAsia="Arial"/>
                <w:b w:val="0"/>
                <w:sz w:val="16"/>
              </w:rPr>
              <w:t>00</w:t>
            </w:r>
          </w:p>
        </w:tc>
      </w:tr>
      <w:tr>
        <w:tc>
          <w:tcPr>
            <w:tcW w:type="dxa" w:w="1728"/>
            <w:vAlign w:val="center"/>
          </w:tcPr>
          <w:p>
            <w:pPr>
              <w:jc w:val="center"/>
            </w:pPr>
            <w:r/>
            <w:r>
              <w:rPr>
                <w:rFonts w:ascii="Arial" w:hAnsi="Arial" w:eastAsia="Arial"/>
                <w:b w:val="0"/>
                <w:sz w:val="16"/>
              </w:rPr>
              <w:t>Any value</w:t>
            </w:r>
          </w:p>
        </w:tc>
        <w:tc>
          <w:tcPr>
            <w:tcW w:type="dxa" w:w="1008"/>
            <w:vAlign w:val="center"/>
          </w:tcPr>
          <w:p>
            <w:pPr>
              <w:jc w:val="center"/>
            </w:pPr>
            <w:r/>
            <w:r>
              <w:rPr>
                <w:rFonts w:ascii="Arial" w:hAnsi="Arial" w:eastAsia="Arial"/>
                <w:b w:val="0"/>
                <w:sz w:val="16"/>
              </w:rPr>
              <w:t>X</w:t>
            </w:r>
          </w:p>
        </w:tc>
        <w:tc>
          <w:tcPr>
            <w:tcW w:type="dxa" w:w="3240"/>
            <w:vAlign w:val="center"/>
          </w:tcPr>
          <w:p>
            <w:pPr>
              <w:jc w:val="center"/>
            </w:pPr>
            <w:r/>
            <w:r>
              <w:rPr>
                <w:rFonts w:ascii="Arial" w:hAnsi="Arial" w:eastAsia="Arial"/>
                <w:b w:val="0"/>
                <w:sz w:val="16"/>
              </w:rPr>
              <w:t>Manual Reset button = 1</w:t>
            </w:r>
          </w:p>
        </w:tc>
        <w:tc>
          <w:tcPr>
            <w:tcW w:type="dxa" w:w="1872"/>
            <w:vAlign w:val="center"/>
          </w:tcPr>
          <w:p>
            <w:pPr>
              <w:jc w:val="center"/>
            </w:pPr>
            <w:r/>
            <w:r>
              <w:rPr>
                <w:rFonts w:ascii="Arial" w:hAnsi="Arial" w:eastAsia="Arial"/>
                <w:b w:val="0"/>
                <w:sz w:val="16"/>
              </w:rPr>
              <w:t>Manual reset active</w:t>
            </w:r>
          </w:p>
        </w:tc>
        <w:tc>
          <w:tcPr>
            <w:tcW w:type="dxa" w:w="1872"/>
            <w:vAlign w:val="center"/>
          </w:tcPr>
          <w:p>
            <w:pPr>
              <w:jc w:val="center"/>
            </w:pPr>
            <w:r/>
            <w:r>
              <w:rPr>
                <w:rFonts w:ascii="Arial" w:hAnsi="Arial" w:eastAsia="Arial"/>
                <w:b w:val="0"/>
                <w:sz w:val="16"/>
              </w:rPr>
              <w:t>00</w:t>
            </w:r>
          </w:p>
        </w:tc>
      </w:tr>
    </w:tbl>
    <w:p/>
    <w:p>
      <w:r>
        <w:rPr>
          <w:b w:val="0"/>
        </w:rPr>
        <w:t>The NE555 warning behaviour is summarized in Table 9. The timer stage produces the visible flashing red warning after the comparator enables the warning path.</w:t>
      </w:r>
    </w:p>
    <w:p>
      <w:pPr>
        <w:pStyle w:val="TableTitle"/>
      </w:pPr>
      <w:r>
        <w:rPr>
          <w:b w:val="0"/>
        </w:rPr>
        <w:t>Table 9: NE555 flashing red LED operation table</w:t>
      </w:r>
    </w:p>
    <w:tbl>
      <w:tblPr>
        <w:tblStyle w:val="TableGrid"/>
        <w:tblW w:type="auto" w:w="0"/>
        <w:jc w:val="center"/>
        <w:tblLook w:firstColumn="1" w:firstRow="1" w:lastColumn="0" w:lastRow="0" w:noHBand="0" w:noVBand="1" w:val="04A0"/>
      </w:tblPr>
      <w:tblGrid>
        <w:gridCol w:w="2437"/>
        <w:gridCol w:w="2437"/>
        <w:gridCol w:w="2437"/>
        <w:gridCol w:w="2437"/>
      </w:tblGrid>
      <w:tr>
        <w:tc>
          <w:tcPr>
            <w:tcW w:type="dxa" w:w="1584"/>
            <w:vAlign w:val="center"/>
            <w:shd w:fill="1F4E79"/>
          </w:tcPr>
          <w:p>
            <w:pPr>
              <w:jc w:val="center"/>
            </w:pPr>
            <w:r/>
            <w:r>
              <w:rPr>
                <w:rFonts w:ascii="Arial" w:hAnsi="Arial" w:eastAsia="Arial"/>
                <w:b/>
                <w:color w:val="FFFFFF"/>
                <w:sz w:val="16"/>
              </w:rPr>
              <w:t>Comparator F</w:t>
            </w:r>
          </w:p>
        </w:tc>
        <w:tc>
          <w:tcPr>
            <w:tcW w:type="dxa" w:w="3024"/>
            <w:vAlign w:val="center"/>
            <w:shd w:fill="1F4E79"/>
          </w:tcPr>
          <w:p>
            <w:pPr>
              <w:jc w:val="center"/>
            </w:pPr>
            <w:r/>
            <w:r>
              <w:rPr>
                <w:rFonts w:ascii="Arial" w:hAnsi="Arial" w:eastAsia="Arial"/>
                <w:b/>
                <w:color w:val="FFFFFF"/>
                <w:sz w:val="16"/>
              </w:rPr>
              <w:t>Q1 / relay stage</w:t>
            </w:r>
          </w:p>
        </w:tc>
        <w:tc>
          <w:tcPr>
            <w:tcW w:type="dxa" w:w="2880"/>
            <w:vAlign w:val="center"/>
            <w:shd w:fill="1F4E79"/>
          </w:tcPr>
          <w:p>
            <w:pPr>
              <w:jc w:val="center"/>
            </w:pPr>
            <w:r/>
            <w:r>
              <w:rPr>
                <w:rFonts w:ascii="Arial" w:hAnsi="Arial" w:eastAsia="Arial"/>
                <w:b/>
                <w:color w:val="FFFFFF"/>
                <w:sz w:val="16"/>
              </w:rPr>
              <w:t>NE555 state</w:t>
            </w:r>
          </w:p>
        </w:tc>
        <w:tc>
          <w:tcPr>
            <w:tcW w:type="dxa" w:w="2016"/>
            <w:vAlign w:val="center"/>
            <w:shd w:fill="1F4E79"/>
          </w:tcPr>
          <w:p>
            <w:pPr>
              <w:jc w:val="center"/>
            </w:pPr>
            <w:r/>
            <w:r>
              <w:rPr>
                <w:rFonts w:ascii="Arial" w:hAnsi="Arial" w:eastAsia="Arial"/>
                <w:b/>
                <w:color w:val="FFFFFF"/>
                <w:sz w:val="16"/>
              </w:rPr>
              <w:t>Red LED state</w:t>
            </w:r>
          </w:p>
        </w:tc>
      </w:tr>
      <w:tr>
        <w:tc>
          <w:tcPr>
            <w:tcW w:type="dxa" w:w="1584"/>
            <w:vAlign w:val="center"/>
          </w:tcPr>
          <w:p>
            <w:pPr>
              <w:jc w:val="center"/>
            </w:pPr>
            <w:r/>
            <w:r>
              <w:rPr>
                <w:rFonts w:ascii="Arial" w:hAnsi="Arial" w:eastAsia="Arial"/>
                <w:b w:val="0"/>
                <w:sz w:val="16"/>
              </w:rPr>
              <w:t>0</w:t>
            </w:r>
          </w:p>
        </w:tc>
        <w:tc>
          <w:tcPr>
            <w:tcW w:type="dxa" w:w="3024"/>
            <w:vAlign w:val="center"/>
          </w:tcPr>
          <w:p>
            <w:pPr>
              <w:jc w:val="center"/>
            </w:pPr>
            <w:r/>
            <w:r>
              <w:rPr>
                <w:rFonts w:ascii="Arial" w:hAnsi="Arial" w:eastAsia="Arial"/>
                <w:b w:val="0"/>
                <w:sz w:val="16"/>
              </w:rPr>
              <w:t>OFF / relay not energised</w:t>
            </w:r>
          </w:p>
        </w:tc>
        <w:tc>
          <w:tcPr>
            <w:tcW w:type="dxa" w:w="2880"/>
            <w:vAlign w:val="center"/>
          </w:tcPr>
          <w:p>
            <w:pPr>
              <w:jc w:val="center"/>
            </w:pPr>
            <w:r/>
            <w:r>
              <w:rPr>
                <w:rFonts w:ascii="Arial" w:hAnsi="Arial" w:eastAsia="Arial"/>
                <w:b w:val="0"/>
                <w:sz w:val="16"/>
              </w:rPr>
              <w:t>Disabled or held reset</w:t>
            </w:r>
          </w:p>
        </w:tc>
        <w:tc>
          <w:tcPr>
            <w:tcW w:type="dxa" w:w="2016"/>
            <w:vAlign w:val="center"/>
          </w:tcPr>
          <w:p>
            <w:pPr>
              <w:jc w:val="center"/>
            </w:pPr>
            <w:r/>
            <w:r>
              <w:rPr>
                <w:rFonts w:ascii="Arial" w:hAnsi="Arial" w:eastAsia="Arial"/>
                <w:b w:val="0"/>
                <w:sz w:val="16"/>
              </w:rPr>
              <w:t>OFF</w:t>
            </w:r>
          </w:p>
        </w:tc>
      </w:tr>
      <w:tr>
        <w:tc>
          <w:tcPr>
            <w:tcW w:type="dxa" w:w="1584"/>
            <w:vAlign w:val="center"/>
          </w:tcPr>
          <w:p>
            <w:pPr>
              <w:jc w:val="center"/>
            </w:pPr>
            <w:r/>
            <w:r>
              <w:rPr>
                <w:rFonts w:ascii="Arial" w:hAnsi="Arial" w:eastAsia="Arial"/>
                <w:b w:val="0"/>
                <w:sz w:val="16"/>
              </w:rPr>
              <w:t>1</w:t>
            </w:r>
          </w:p>
        </w:tc>
        <w:tc>
          <w:tcPr>
            <w:tcW w:type="dxa" w:w="3024"/>
            <w:vAlign w:val="center"/>
          </w:tcPr>
          <w:p>
            <w:pPr>
              <w:jc w:val="center"/>
            </w:pPr>
            <w:r/>
            <w:r>
              <w:rPr>
                <w:rFonts w:ascii="Arial" w:hAnsi="Arial" w:eastAsia="Arial"/>
                <w:b w:val="0"/>
                <w:sz w:val="16"/>
              </w:rPr>
              <w:t>ON / relay energised</w:t>
            </w:r>
          </w:p>
        </w:tc>
        <w:tc>
          <w:tcPr>
            <w:tcW w:type="dxa" w:w="2880"/>
            <w:vAlign w:val="center"/>
          </w:tcPr>
          <w:p>
            <w:pPr>
              <w:jc w:val="center"/>
            </w:pPr>
            <w:r/>
            <w:r>
              <w:rPr>
                <w:rFonts w:ascii="Arial" w:hAnsi="Arial" w:eastAsia="Arial"/>
                <w:b w:val="0"/>
                <w:sz w:val="16"/>
              </w:rPr>
              <w:t>Enabled astable mode</w:t>
            </w:r>
          </w:p>
        </w:tc>
        <w:tc>
          <w:tcPr>
            <w:tcW w:type="dxa" w:w="2016"/>
            <w:vAlign w:val="center"/>
          </w:tcPr>
          <w:p>
            <w:pPr>
              <w:jc w:val="center"/>
            </w:pPr>
            <w:r/>
            <w:r>
              <w:rPr>
                <w:rFonts w:ascii="Arial" w:hAnsi="Arial" w:eastAsia="Arial"/>
                <w:b w:val="0"/>
                <w:sz w:val="16"/>
              </w:rPr>
              <w:t>Flashing</w:t>
            </w:r>
          </w:p>
        </w:tc>
      </w:tr>
    </w:tbl>
    <w:p/>
    <w:p>
      <w:r>
        <w:br w:type="page"/>
      </w:r>
    </w:p>
    <w:p>
      <w:pPr>
        <w:pStyle w:val="Heading1"/>
      </w:pPr>
      <w:r>
        <w:rPr>
          <w:b w:val="0"/>
        </w:rPr>
        <w:t>3. Observations and results</w:t>
      </w:r>
    </w:p>
    <w:p>
      <w:r>
        <w:rPr>
          <w:b w:val="0"/>
        </w:rPr>
        <w:t>The Project V1 simulation satisfies the main display and indicator requirements. The two CD40110 counters allow a two-digit display from 00 to 10. The green LED is active for 00 to 05, and the yellow LED is active for 06 to 09. When the system reaches 10, the XOR correction prevents the green LED from turning back ON because 10 has a unit digit of 0 but is not part of the 00 to 05 green range.</w:t>
      </w:r>
    </w:p>
    <w:p>
      <w:r>
        <w:rPr>
          <w:b w:val="0"/>
        </w:rPr>
        <w:t>The comparator stage provides the required cruise-speed decision. When the displayed current speed is lower than the selected set speed, the red LED remains OFF. When the displayed speed is equal to or higher than the selected set speed, the comparator output enables the transistor/relay and NE555 flashing stage. This means the red LED flashes at the set speed and continues flashing until the maximum value is reached.</w:t>
      </w:r>
    </w:p>
    <w:p>
      <w:r>
        <w:rPr>
          <w:b w:val="0"/>
        </w:rPr>
        <w:t>The automatic reset/limit logic also supports the required maximum-speed behaviour. The circuit allows 10 to be displayed, but an attempted invalid 11 state activates the reset/limit path. The 99 Reset (Tens) logic prevents unwanted continuation of the tens display if the counter is driven beyond the intended simulation range.</w:t>
      </w:r>
    </w:p>
    <w:p>
      <w:pPr>
        <w:pStyle w:val="Heading1"/>
      </w:pPr>
      <w:r>
        <w:rPr>
          <w:b w:val="0"/>
        </w:rPr>
        <w:t>4. Conclusion</w:t>
      </w:r>
    </w:p>
    <w:p>
      <w:r>
        <w:rPr>
          <w:b w:val="0"/>
        </w:rPr>
        <w:t>Project V1 demonstrates a complete electronic cruise speed control simulation using CD40110 counters, logic gates, comparators and an NE555 flashing stage. The design achieves the required green indication for 00 to 05, yellow indication for 06 to 09, flashing red warning when the selected cruise speed is reached, and maximum display value of 10. The added XOR correction and automatic reset/limit logic improve the design by preventing the green LED from being active at 10 and by clearing invalid count states after the maximum speed.</w:t>
      </w:r>
    </w:p>
    <w:p>
      <w:r>
        <w:rPr>
          <w:b w:val="0"/>
        </w:rPr>
        <w:t>The main limitation of Project V1 is that the analog detector stage is represented by manual pulse inputs rather than by a real sensor and ADC stage. However, the digital logic, display and warning-control stages are clearly demonstrated and can be tested independently. A future version can improve the design by adding a proper analog detector and signal-conditioning stage before the digital display/control logic.</w:t>
      </w:r>
    </w:p>
    <w:p>
      <w:r>
        <w:br w:type="page"/>
      </w:r>
    </w:p>
    <w:p>
      <w:pPr>
        <w:pStyle w:val="Heading1"/>
      </w:pPr>
      <w:r>
        <w:rPr>
          <w:b w:val="0"/>
        </w:rPr>
        <w:t>Bibliography</w:t>
      </w:r>
    </w:p>
    <w:p>
      <w:r>
        <w:rPr>
          <w:b w:val="0"/>
        </w:rPr>
        <w:t>Cape Peninsula University of Technology. (2026). CSS370S GA1 Project 2026 Brief. Department of Electrical, Electronic and Computer Engineering.</w:t>
      </w:r>
    </w:p>
    <w:p>
      <w:r>
        <w:rPr>
          <w:b w:val="0"/>
        </w:rPr>
        <w:t>Texas Instruments. (1998). CD40110B CMOS Decade Up-Down Counter/Latch/Display Driver Data Sheet. https://www.ti.com/product/CD40110B</w:t>
      </w:r>
    </w:p>
    <w:p>
      <w:r>
        <w:rPr>
          <w:b w:val="0"/>
        </w:rPr>
        <w:t>Texas Instruments. (1988). SN5485, SN54LS85, SN7485, SN74LS85 4-Bit Magnitude Comparators Data Sheet. https://www.ti.com/lit/gpn/SN54LS85</w:t>
      </w:r>
    </w:p>
    <w:p>
      <w:r>
        <w:rPr>
          <w:b w:val="0"/>
        </w:rPr>
        <w:t>Texas Instruments. (2025). NE555 Precision Timers Data Sheet. https://www.ti.com/product/NE555</w:t>
      </w:r>
    </w:p>
    <w:p>
      <w:r>
        <w:rPr>
          <w:b w:val="0"/>
        </w:rPr>
        <w:t>onsemi. (n.d.). 2N3903, 2N3904 NPN Silicon Transistors Data Sheet. https://www.onsemi.com/download/data-sheet/pdf/2n3903-d.pdf</w:t>
      </w:r>
    </w:p>
    <w:p>
      <w:r>
        <w:br w:type="page"/>
      </w:r>
    </w:p>
    <w:p>
      <w:pPr>
        <w:pStyle w:val="Heading1"/>
      </w:pPr>
      <w:r>
        <w:rPr>
          <w:b w:val="0"/>
        </w:rPr>
        <w:t>Appendices</w:t>
      </w:r>
    </w:p>
    <w:p>
      <w:pPr>
        <w:pStyle w:val="Heading2"/>
      </w:pPr>
      <w:r>
        <w:rPr>
          <w:b w:val="0"/>
        </w:rPr>
        <w:t>Appendix A: Project V1 Truth Tables</w:t>
      </w:r>
    </w:p>
    <w:p>
      <w:r>
        <w:rPr>
          <w:b w:val="0"/>
        </w:rPr>
        <w:t>Appendix A contains the truth-table material used to verify the Project V1 operation. The full truth-table PDF is supplied separately and the key tables are included in the main report as Tables 4 to 9.</w:t>
      </w:r>
    </w:p>
    <w:p>
      <w:pPr>
        <w:pStyle w:val="Heading2"/>
      </w:pPr>
      <w:r>
        <w:rPr>
          <w:b w:val="0"/>
        </w:rPr>
        <w:t>Appendix B: Original Circuit Schematic</w:t>
      </w:r>
    </w:p>
    <w:p>
      <w:r>
        <w:rPr>
          <w:b w:val="0"/>
        </w:rPr>
        <w:t>Appendix B refers to the original Project V1 schematic file supplied as One Counter.PDF. The schematic is reproduced in Figure 1 for direct reference in the main report.</w:t>
      </w:r>
    </w:p>
    <w:p>
      <w:pPr>
        <w:pStyle w:val="Heading2"/>
      </w:pPr>
      <w:r>
        <w:rPr>
          <w:b w:val="0"/>
        </w:rPr>
        <w:t>Appendix C: Practical and Report Evaluation Scheme</w:t>
      </w:r>
    </w:p>
    <w:p>
      <w:r>
        <w:rPr>
          <w:b w:val="0"/>
        </w:rPr>
        <w:t>The practical and report evaluation scheme should be attached or completed according to the lecturer instructions before final submission.</w:t>
      </w:r>
    </w:p>
    <w:sectPr w:rsidR="00FC693F" w:rsidRPr="0006063C" w:rsidSect="00034616">
      <w:headerReference w:type="default" r:id="rId9"/>
      <w:footerReference w:type="default" r:id="rId10"/>
      <w:pgSz w:w="11909" w:h="16834"/>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Text"/>
    </w:pPr>
    <w:r>
      <w:t>GA1 Project 2026 (T2 Evaluation)</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SmallText"/>
    </w:pPr>
    <w:r>
      <w:t>BET - Control Systems 3                                                        CSS370S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59" w:lineRule="auto"/>
    </w:pPr>
    <w:rPr>
      <w:rFonts w:ascii="Arial" w:hAnsi="Arial" w:eastAsia="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1F4E79"/>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1F4E79"/>
      <w:sz w:val="24"/>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1F4E79"/>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1F4E79"/>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aptionStyle">
    <w:name w:val="CaptionStyle"/>
    <w:basedOn w:val="Normal"/>
    <w:pPr>
      <w:jc w:val="center"/>
    </w:pPr>
    <w:rPr>
      <w:rFonts w:ascii="Arial" w:hAnsi="Arial" w:eastAsia="Arial"/>
      <w:b w:val="0"/>
      <w:i/>
      <w:color w:val="595959"/>
      <w:sz w:val="18"/>
    </w:rPr>
  </w:style>
  <w:style w:type="paragraph" w:customStyle="1" w:styleId="TableTitle">
    <w:name w:val="TableTitle"/>
    <w:basedOn w:val="Normal"/>
    <w:rPr>
      <w:rFonts w:ascii="Arial" w:hAnsi="Arial" w:eastAsia="Arial"/>
      <w:b/>
      <w:i w:val="0"/>
      <w:color w:val="1F4E79"/>
      <w:sz w:val="20"/>
    </w:rPr>
  </w:style>
  <w:style w:type="paragraph" w:customStyle="1" w:styleId="SmallText">
    <w:name w:val="SmallText"/>
    <w:basedOn w:val="Normal"/>
    <w:rPr>
      <w:rFonts w:ascii="Arial" w:hAnsi="Arial" w:eastAsia="Arial"/>
      <w:b w:val="0"/>
      <w:i w:val="0"/>
      <w:sz w:val="18"/>
    </w:rPr>
  </w:style>
  <w:style w:type="paragraph" w:customStyle="1" w:styleId="CoverSmall">
    <w:name w:val="CoverSmall"/>
    <w:basedOn w:val="Normal"/>
    <w:pPr>
      <w:jc w:val="center"/>
    </w:pPr>
    <w:rPr>
      <w:rFonts w:ascii="Arial" w:hAnsi="Arial" w:eastAsia="Arial"/>
      <w:b w:val="0"/>
      <w:i w:val="0"/>
      <w:sz w:val="20"/>
    </w:rPr>
  </w:style>
  <w:style w:type="paragraph" w:customStyle="1" w:styleId="CoverTitle">
    <w:name w:val="CoverTitle"/>
    <w:basedOn w:val="Normal"/>
    <w:pPr>
      <w:jc w:val="center"/>
    </w:pPr>
    <w:rPr>
      <w:rFonts w:ascii="Arial" w:hAnsi="Arial" w:eastAsia="Arial"/>
      <w:b/>
      <w:i w:val="0"/>
      <w:color w:val="1F4E79"/>
      <w:sz w:val="2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V1 GA1 Report - CD40110 Two-Display Cruise Speed Control Simulation</dc:title>
  <dc:subject>CSS370S GA1 Project 2026</dc:subject>
  <dc:creator>Student</dc:creator>
  <cp:keywords/>
  <dc:description>generated by python-docx</dc:description>
  <cp:lastModifiedBy/>
  <cp:revision>1</cp:revision>
  <dcterms:created xsi:type="dcterms:W3CDTF">2013-12-23T23:15:00Z</dcterms:created>
  <dcterms:modified xsi:type="dcterms:W3CDTF">2013-12-23T23:15:00Z</dcterms:modified>
  <cp:category/>
</cp:coreProperties>
</file>